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A9009" w14:textId="0F2C2C29" w:rsidR="0056419A" w:rsidRDefault="00495AEA" w:rsidP="0056419A">
      <w:pPr>
        <w:autoSpaceDE w:val="0"/>
        <w:autoSpaceDN w:val="0"/>
        <w:adjustRightInd w:val="0"/>
        <w:snapToGrid w:val="0"/>
        <w:spacing w:after="0"/>
        <w:rPr>
          <w:sz w:val="24"/>
          <w:szCs w:val="24"/>
        </w:rPr>
      </w:pPr>
      <w:r>
        <w:rPr>
          <w:rFonts w:hint="eastAsia"/>
          <w:sz w:val="24"/>
          <w:szCs w:val="24"/>
          <w:lang w:eastAsia="ja-JP"/>
        </w:rPr>
        <w:t>様式第８</w:t>
      </w:r>
      <w:r w:rsidR="0056419A" w:rsidRPr="0056419A">
        <w:rPr>
          <w:rFonts w:hint="eastAsia"/>
          <w:sz w:val="24"/>
          <w:szCs w:val="24"/>
          <w:lang w:eastAsia="ja-JP"/>
        </w:rPr>
        <w:t>号</w:t>
      </w:r>
      <w:r w:rsidR="0056419A">
        <w:rPr>
          <w:rFonts w:hint="eastAsia"/>
          <w:sz w:val="24"/>
          <w:szCs w:val="24"/>
          <w:lang w:eastAsia="ja-JP"/>
        </w:rPr>
        <w:t>（第11条関係）</w:t>
      </w:r>
    </w:p>
    <w:p w14:paraId="648C788F" w14:textId="72530ECE" w:rsidR="00483B38" w:rsidRPr="0056419A" w:rsidRDefault="00483B38" w:rsidP="00483B38">
      <w:pPr>
        <w:wordWrap w:val="0"/>
        <w:adjustRightInd w:val="0"/>
        <w:snapToGrid w:val="0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西暦　　年　　月　</w:t>
      </w:r>
      <w:r w:rsidRPr="0056419A">
        <w:rPr>
          <w:sz w:val="24"/>
          <w:szCs w:val="24"/>
        </w:rPr>
        <w:t xml:space="preserve">　日</w:t>
      </w:r>
      <w:r>
        <w:rPr>
          <w:rFonts w:hint="eastAsia"/>
          <w:sz w:val="24"/>
          <w:szCs w:val="24"/>
          <w:lang w:eastAsia="ja-JP"/>
        </w:rPr>
        <w:t xml:space="preserve">　</w:t>
      </w:r>
    </w:p>
    <w:p w14:paraId="0E1907E6" w14:textId="77777777" w:rsidR="0056419A" w:rsidRPr="0056419A" w:rsidRDefault="0056419A" w:rsidP="0056419A">
      <w:pPr>
        <w:adjustRightInd w:val="0"/>
        <w:snapToGrid w:val="0"/>
        <w:spacing w:after="0"/>
        <w:rPr>
          <w:sz w:val="24"/>
          <w:szCs w:val="24"/>
        </w:rPr>
      </w:pPr>
    </w:p>
    <w:p w14:paraId="349143BB" w14:textId="4A136F8F" w:rsidR="001C24C4" w:rsidRPr="0056419A" w:rsidRDefault="001C2E8B" w:rsidP="00B5556A">
      <w:pPr>
        <w:adjustRightInd w:val="0"/>
        <w:snapToGrid w:val="0"/>
        <w:spacing w:after="0"/>
        <w:jc w:val="center"/>
        <w:rPr>
          <w:b/>
          <w:sz w:val="24"/>
          <w:szCs w:val="24"/>
          <w:lang w:eastAsia="ja-JP"/>
        </w:rPr>
      </w:pPr>
      <w:r w:rsidRPr="0056419A">
        <w:rPr>
          <w:b/>
          <w:sz w:val="24"/>
          <w:szCs w:val="24"/>
        </w:rPr>
        <w:t>研究終了報告書</w:t>
      </w:r>
    </w:p>
    <w:p w14:paraId="5B27FE73" w14:textId="77777777" w:rsidR="00B5556A" w:rsidRPr="00B5556A" w:rsidRDefault="00B5556A" w:rsidP="00B5556A">
      <w:pPr>
        <w:adjustRightInd w:val="0"/>
        <w:snapToGrid w:val="0"/>
        <w:spacing w:after="0"/>
        <w:jc w:val="center"/>
        <w:rPr>
          <w:sz w:val="28"/>
          <w:szCs w:val="28"/>
          <w:lang w:eastAsia="ja-JP"/>
        </w:rPr>
      </w:pPr>
    </w:p>
    <w:p w14:paraId="6D223256" w14:textId="1F7EC6AC" w:rsidR="002742C9" w:rsidRDefault="001C2E8B" w:rsidP="002742C9">
      <w:pPr>
        <w:adjustRightInd w:val="0"/>
        <w:snapToGrid w:val="0"/>
        <w:spacing w:after="0"/>
        <w:ind w:firstLineChars="100" w:firstLine="247"/>
        <w:rPr>
          <w:sz w:val="24"/>
          <w:szCs w:val="24"/>
        </w:rPr>
      </w:pPr>
      <w:r w:rsidRPr="0056419A">
        <w:rPr>
          <w:sz w:val="24"/>
          <w:szCs w:val="24"/>
        </w:rPr>
        <w:t>秋田県</w:t>
      </w:r>
      <w:r w:rsidR="004C689A">
        <w:rPr>
          <w:rFonts w:hint="eastAsia"/>
          <w:sz w:val="24"/>
          <w:szCs w:val="24"/>
          <w:lang w:eastAsia="ja-JP"/>
        </w:rPr>
        <w:t>ＭＣ</w:t>
      </w:r>
      <w:bookmarkStart w:id="0" w:name="_GoBack"/>
      <w:bookmarkEnd w:id="0"/>
      <w:r w:rsidRPr="0056419A">
        <w:rPr>
          <w:sz w:val="24"/>
          <w:szCs w:val="24"/>
        </w:rPr>
        <w:t xml:space="preserve">協議会　</w:t>
      </w:r>
    </w:p>
    <w:p w14:paraId="09228861" w14:textId="09A37735" w:rsidR="001C24C4" w:rsidRPr="0056419A" w:rsidRDefault="002742C9" w:rsidP="002742C9">
      <w:pPr>
        <w:adjustRightInd w:val="0"/>
        <w:snapToGrid w:val="0"/>
        <w:spacing w:after="0"/>
        <w:ind w:firstLineChars="100" w:firstLine="247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研究倫理審査委員会委員長　</w:t>
      </w:r>
      <w:r>
        <w:rPr>
          <w:rFonts w:hint="eastAsia"/>
          <w:sz w:val="24"/>
          <w:szCs w:val="24"/>
          <w:lang w:eastAsia="ja-JP"/>
        </w:rPr>
        <w:t>様</w:t>
      </w:r>
    </w:p>
    <w:p w14:paraId="38CFA5F4" w14:textId="77777777" w:rsidR="00B5556A" w:rsidRPr="0056419A" w:rsidRDefault="00B5556A" w:rsidP="00B5556A">
      <w:pPr>
        <w:adjustRightInd w:val="0"/>
        <w:snapToGrid w:val="0"/>
        <w:spacing w:after="0"/>
        <w:ind w:leftChars="2641" w:left="5988"/>
        <w:jc w:val="both"/>
        <w:rPr>
          <w:sz w:val="24"/>
          <w:szCs w:val="24"/>
          <w:lang w:eastAsia="ja-JP"/>
        </w:rPr>
      </w:pPr>
    </w:p>
    <w:p w14:paraId="0CD6B3A1" w14:textId="0A429EB8" w:rsidR="001C24C4" w:rsidRPr="0056419A" w:rsidRDefault="001C2E8B" w:rsidP="00B5556A">
      <w:pPr>
        <w:adjustRightInd w:val="0"/>
        <w:snapToGrid w:val="0"/>
        <w:spacing w:after="0"/>
        <w:ind w:leftChars="2641" w:left="5988"/>
        <w:jc w:val="both"/>
        <w:rPr>
          <w:sz w:val="24"/>
          <w:szCs w:val="24"/>
          <w:lang w:eastAsia="ja-JP"/>
        </w:rPr>
      </w:pPr>
      <w:r w:rsidRPr="0056419A">
        <w:rPr>
          <w:sz w:val="24"/>
          <w:szCs w:val="24"/>
          <w:lang w:eastAsia="ja-JP"/>
        </w:rPr>
        <w:t>研究責任者</w:t>
      </w:r>
    </w:p>
    <w:p w14:paraId="23B5D86B" w14:textId="5795BB88" w:rsidR="001C24C4" w:rsidRPr="0056419A" w:rsidRDefault="001C2E8B" w:rsidP="00B5556A">
      <w:pPr>
        <w:adjustRightInd w:val="0"/>
        <w:snapToGrid w:val="0"/>
        <w:spacing w:after="0"/>
        <w:ind w:leftChars="2641" w:left="5988"/>
        <w:jc w:val="both"/>
        <w:rPr>
          <w:sz w:val="24"/>
          <w:szCs w:val="24"/>
          <w:lang w:eastAsia="ja-JP"/>
        </w:rPr>
      </w:pPr>
      <w:r w:rsidRPr="0056419A">
        <w:rPr>
          <w:sz w:val="24"/>
          <w:szCs w:val="24"/>
          <w:lang w:eastAsia="ja-JP"/>
        </w:rPr>
        <w:t>所属：</w:t>
      </w:r>
    </w:p>
    <w:p w14:paraId="123C4BCD" w14:textId="3490326A" w:rsidR="001C24C4" w:rsidRPr="0056419A" w:rsidRDefault="001C2E8B" w:rsidP="00B5556A">
      <w:pPr>
        <w:adjustRightInd w:val="0"/>
        <w:snapToGrid w:val="0"/>
        <w:spacing w:after="0"/>
        <w:ind w:leftChars="2641" w:left="5988"/>
        <w:jc w:val="both"/>
        <w:rPr>
          <w:sz w:val="24"/>
          <w:szCs w:val="24"/>
          <w:lang w:eastAsia="ja-JP"/>
        </w:rPr>
      </w:pPr>
      <w:r w:rsidRPr="0056419A">
        <w:rPr>
          <w:sz w:val="24"/>
          <w:szCs w:val="24"/>
          <w:lang w:eastAsia="ja-JP"/>
        </w:rPr>
        <w:t>職名：</w:t>
      </w:r>
    </w:p>
    <w:p w14:paraId="2E34C387" w14:textId="6BFC2BBE" w:rsidR="001C24C4" w:rsidRPr="0056419A" w:rsidRDefault="001C2E8B" w:rsidP="00B5556A">
      <w:pPr>
        <w:adjustRightInd w:val="0"/>
        <w:snapToGrid w:val="0"/>
        <w:spacing w:after="0"/>
        <w:ind w:leftChars="2641" w:left="5988"/>
        <w:jc w:val="both"/>
        <w:rPr>
          <w:sz w:val="24"/>
          <w:szCs w:val="24"/>
          <w:lang w:eastAsia="ja-JP"/>
        </w:rPr>
      </w:pPr>
      <w:r w:rsidRPr="0056419A">
        <w:rPr>
          <w:sz w:val="24"/>
          <w:szCs w:val="24"/>
          <w:lang w:eastAsia="ja-JP"/>
        </w:rPr>
        <w:t>氏名：</w:t>
      </w:r>
    </w:p>
    <w:p w14:paraId="28F090CE" w14:textId="77777777" w:rsidR="00B5556A" w:rsidRPr="0056419A" w:rsidRDefault="00B5556A" w:rsidP="00B5556A">
      <w:pPr>
        <w:adjustRightInd w:val="0"/>
        <w:snapToGrid w:val="0"/>
        <w:spacing w:after="0"/>
        <w:jc w:val="both"/>
        <w:rPr>
          <w:sz w:val="24"/>
          <w:szCs w:val="24"/>
          <w:lang w:eastAsia="ja-JP"/>
        </w:rPr>
      </w:pPr>
    </w:p>
    <w:p w14:paraId="393DD388" w14:textId="77777777" w:rsidR="001C24C4" w:rsidRDefault="001C2E8B" w:rsidP="006515DC">
      <w:pPr>
        <w:adjustRightInd w:val="0"/>
        <w:snapToGrid w:val="0"/>
        <w:spacing w:after="0"/>
        <w:ind w:firstLineChars="100" w:firstLine="247"/>
        <w:rPr>
          <w:lang w:eastAsia="ja-JP"/>
        </w:rPr>
      </w:pPr>
      <w:r w:rsidRPr="0056419A">
        <w:rPr>
          <w:sz w:val="24"/>
          <w:szCs w:val="24"/>
          <w:lang w:eastAsia="ja-JP"/>
        </w:rPr>
        <w:t>下記の研究について、研究を終了しましたので報告します。</w:t>
      </w:r>
    </w:p>
    <w:p w14:paraId="13E8D8CF" w14:textId="54F5811E" w:rsidR="001C24C4" w:rsidRDefault="001C24C4" w:rsidP="00B5556A">
      <w:pPr>
        <w:adjustRightInd w:val="0"/>
        <w:snapToGrid w:val="0"/>
        <w:spacing w:after="0"/>
        <w:rPr>
          <w:lang w:eastAsia="ja-JP"/>
        </w:rPr>
      </w:pPr>
    </w:p>
    <w:tbl>
      <w:tblPr>
        <w:tblStyle w:val="afe"/>
        <w:tblW w:w="9209" w:type="dxa"/>
        <w:tblLayout w:type="fixed"/>
        <w:tblLook w:val="04A0" w:firstRow="1" w:lastRow="0" w:firstColumn="1" w:lastColumn="0" w:noHBand="0" w:noVBand="1"/>
      </w:tblPr>
      <w:tblGrid>
        <w:gridCol w:w="1838"/>
        <w:gridCol w:w="7371"/>
      </w:tblGrid>
      <w:tr w:rsidR="001C24C4" w14:paraId="78D86547" w14:textId="77777777" w:rsidTr="006515DC">
        <w:tc>
          <w:tcPr>
            <w:tcW w:w="1838" w:type="dxa"/>
          </w:tcPr>
          <w:p w14:paraId="66D22CDA" w14:textId="77777777" w:rsidR="001C24C4" w:rsidRPr="0056419A" w:rsidRDefault="001C2E8B" w:rsidP="00FF1816">
            <w:pPr>
              <w:adjustRightInd w:val="0"/>
              <w:snapToGrid w:val="0"/>
              <w:spacing w:line="276" w:lineRule="auto"/>
              <w:ind w:rightChars="-375" w:right="-850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承認番号</w:t>
            </w:r>
          </w:p>
        </w:tc>
        <w:tc>
          <w:tcPr>
            <w:tcW w:w="7371" w:type="dxa"/>
          </w:tcPr>
          <w:p w14:paraId="2612C253" w14:textId="77777777" w:rsidR="001C24C4" w:rsidRPr="0056419A" w:rsidRDefault="001C24C4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280F951E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</w:tc>
      </w:tr>
      <w:tr w:rsidR="001C24C4" w14:paraId="7FEB9CCE" w14:textId="77777777" w:rsidTr="006515DC">
        <w:tc>
          <w:tcPr>
            <w:tcW w:w="1838" w:type="dxa"/>
          </w:tcPr>
          <w:p w14:paraId="20B25CA4" w14:textId="77777777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研究課題名</w:t>
            </w:r>
          </w:p>
        </w:tc>
        <w:tc>
          <w:tcPr>
            <w:tcW w:w="7371" w:type="dxa"/>
          </w:tcPr>
          <w:p w14:paraId="7BC7EB39" w14:textId="77777777" w:rsidR="001C24C4" w:rsidRPr="0056419A" w:rsidRDefault="001C24C4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43E98AE4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7598BF30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</w:tc>
      </w:tr>
      <w:tr w:rsidR="001C24C4" w14:paraId="7C9448C6" w14:textId="77777777" w:rsidTr="006515DC">
        <w:tc>
          <w:tcPr>
            <w:tcW w:w="1838" w:type="dxa"/>
          </w:tcPr>
          <w:p w14:paraId="0CEB7B28" w14:textId="77777777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研究区分</w:t>
            </w:r>
          </w:p>
        </w:tc>
        <w:tc>
          <w:tcPr>
            <w:tcW w:w="7371" w:type="dxa"/>
          </w:tcPr>
          <w:p w14:paraId="59AE33EB" w14:textId="5F5CAC61" w:rsidR="001C24C4" w:rsidRPr="0056419A" w:rsidRDefault="004C689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  <w:sdt>
              <w:sdtPr>
                <w:rPr>
                  <w:sz w:val="24"/>
                  <w:szCs w:val="24"/>
                </w:rPr>
                <w:id w:val="31522307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1C2E8B" w:rsidRPr="0056419A">
              <w:rPr>
                <w:sz w:val="24"/>
                <w:szCs w:val="24"/>
              </w:rPr>
              <w:t xml:space="preserve"> 研究　</w:t>
            </w:r>
            <w:sdt>
              <w:sdtPr>
                <w:rPr>
                  <w:sz w:val="24"/>
                  <w:szCs w:val="24"/>
                </w:rPr>
                <w:id w:val="202758881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2742C9">
              <w:rPr>
                <w:rFonts w:hint="eastAsia"/>
                <w:sz w:val="24"/>
                <w:szCs w:val="24"/>
                <w:lang w:eastAsia="ja-JP"/>
              </w:rPr>
              <w:t xml:space="preserve"> </w:t>
            </w:r>
            <w:r w:rsidR="00B5556A" w:rsidRPr="0056419A">
              <w:rPr>
                <w:rFonts w:hint="eastAsia"/>
                <w:sz w:val="24"/>
                <w:szCs w:val="24"/>
                <w:lang w:eastAsia="ja-JP"/>
              </w:rPr>
              <w:t>症例報告</w:t>
            </w:r>
          </w:p>
          <w:p w14:paraId="40E06BCC" w14:textId="42973493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</w:tc>
      </w:tr>
      <w:tr w:rsidR="001C24C4" w14:paraId="6A475456" w14:textId="77777777" w:rsidTr="006515DC">
        <w:tc>
          <w:tcPr>
            <w:tcW w:w="1838" w:type="dxa"/>
          </w:tcPr>
          <w:p w14:paraId="5FB8C1B3" w14:textId="77777777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研究実施期間</w:t>
            </w:r>
          </w:p>
        </w:tc>
        <w:tc>
          <w:tcPr>
            <w:tcW w:w="7371" w:type="dxa"/>
          </w:tcPr>
          <w:p w14:paraId="1FD81250" w14:textId="77777777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  <w:r w:rsidRPr="0056419A">
              <w:rPr>
                <w:sz w:val="24"/>
                <w:szCs w:val="24"/>
              </w:rPr>
              <w:t>西暦　　年　　月　　　日　～　西暦　　年　　　月　　　日</w:t>
            </w:r>
          </w:p>
          <w:p w14:paraId="4DEBCDE9" w14:textId="31B8A568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</w:tc>
      </w:tr>
      <w:tr w:rsidR="001C24C4" w14:paraId="7CB9DCDD" w14:textId="77777777" w:rsidTr="006515DC">
        <w:tc>
          <w:tcPr>
            <w:tcW w:w="1838" w:type="dxa"/>
          </w:tcPr>
          <w:p w14:paraId="330A25A7" w14:textId="77777777" w:rsidR="006515DC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研究結果の</w:t>
            </w:r>
          </w:p>
          <w:p w14:paraId="4D7B4846" w14:textId="27533D0E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概要</w:t>
            </w:r>
          </w:p>
        </w:tc>
        <w:tc>
          <w:tcPr>
            <w:tcW w:w="7371" w:type="dxa"/>
          </w:tcPr>
          <w:p w14:paraId="104B324C" w14:textId="77777777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  <w:r w:rsidRPr="0056419A">
              <w:rPr>
                <w:sz w:val="24"/>
                <w:szCs w:val="24"/>
                <w:lang w:eastAsia="ja-JP"/>
              </w:rPr>
              <w:t>（簡潔に記載してください）</w:t>
            </w:r>
          </w:p>
          <w:p w14:paraId="2276C2F1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2FC63983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33CB3B45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1A728045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491930C4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2E175D7E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0D9087E4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</w:tc>
      </w:tr>
      <w:tr w:rsidR="001C24C4" w14:paraId="53E1B877" w14:textId="77777777" w:rsidTr="006515DC">
        <w:tc>
          <w:tcPr>
            <w:tcW w:w="1838" w:type="dxa"/>
          </w:tcPr>
          <w:p w14:paraId="3F59FD34" w14:textId="77777777" w:rsidR="006515DC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研究成果の</w:t>
            </w:r>
          </w:p>
          <w:p w14:paraId="015AFC7B" w14:textId="7A5399CA" w:rsidR="001C24C4" w:rsidRPr="0056419A" w:rsidRDefault="001C2E8B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 w:rsidRPr="0056419A">
              <w:rPr>
                <w:sz w:val="24"/>
                <w:szCs w:val="24"/>
              </w:rPr>
              <w:t>公表</w:t>
            </w:r>
          </w:p>
        </w:tc>
        <w:tc>
          <w:tcPr>
            <w:tcW w:w="7371" w:type="dxa"/>
          </w:tcPr>
          <w:p w14:paraId="6A202870" w14:textId="101658A4" w:rsidR="00B5556A" w:rsidRPr="0056419A" w:rsidRDefault="004C689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  <w:sdt>
              <w:sdtPr>
                <w:rPr>
                  <w:sz w:val="24"/>
                  <w:szCs w:val="24"/>
                  <w:lang w:eastAsia="ja-JP"/>
                </w:rPr>
                <w:id w:val="-3375444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  <w:lang w:eastAsia="ja-JP"/>
                  </w:rPr>
                  <w:t>☐</w:t>
                </w:r>
              </w:sdtContent>
            </w:sdt>
            <w:r w:rsidR="001C2E8B" w:rsidRPr="0056419A">
              <w:rPr>
                <w:sz w:val="24"/>
                <w:szCs w:val="24"/>
                <w:lang w:eastAsia="ja-JP"/>
              </w:rPr>
              <w:t xml:space="preserve">未公表　</w:t>
            </w:r>
            <w:sdt>
              <w:sdtPr>
                <w:rPr>
                  <w:sz w:val="24"/>
                  <w:szCs w:val="24"/>
                  <w:lang w:eastAsia="ja-JP"/>
                </w:rPr>
                <w:id w:val="-12318481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  <w:lang w:eastAsia="ja-JP"/>
                  </w:rPr>
                  <w:t>☐</w:t>
                </w:r>
              </w:sdtContent>
            </w:sdt>
            <w:r w:rsidR="001C2E8B" w:rsidRPr="0056419A">
              <w:rPr>
                <w:sz w:val="24"/>
                <w:szCs w:val="24"/>
                <w:lang w:eastAsia="ja-JP"/>
              </w:rPr>
              <w:t xml:space="preserve">学会発表　</w:t>
            </w:r>
            <w:sdt>
              <w:sdtPr>
                <w:rPr>
                  <w:sz w:val="24"/>
                  <w:szCs w:val="24"/>
                  <w:lang w:eastAsia="ja-JP"/>
                </w:rPr>
                <w:id w:val="3272592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  <w:lang w:eastAsia="ja-JP"/>
                  </w:rPr>
                  <w:t>☐</w:t>
                </w:r>
              </w:sdtContent>
            </w:sdt>
            <w:r w:rsidR="001C2E8B" w:rsidRPr="0056419A">
              <w:rPr>
                <w:sz w:val="24"/>
                <w:szCs w:val="24"/>
                <w:lang w:eastAsia="ja-JP"/>
              </w:rPr>
              <w:t xml:space="preserve"> 論文投稿　</w:t>
            </w:r>
            <w:sdt>
              <w:sdtPr>
                <w:rPr>
                  <w:sz w:val="24"/>
                  <w:szCs w:val="24"/>
                  <w:lang w:eastAsia="ja-JP"/>
                </w:rPr>
                <w:id w:val="15685310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42C9">
                  <w:rPr>
                    <w:rFonts w:ascii="ＭＳ ゴシック" w:eastAsia="ＭＳ ゴシック" w:hAnsi="ＭＳ ゴシック" w:hint="eastAsia"/>
                    <w:sz w:val="24"/>
                    <w:szCs w:val="24"/>
                    <w:lang w:eastAsia="ja-JP"/>
                  </w:rPr>
                  <w:t>☐</w:t>
                </w:r>
              </w:sdtContent>
            </w:sdt>
            <w:r w:rsidR="001C2E8B" w:rsidRPr="0056419A">
              <w:rPr>
                <w:sz w:val="24"/>
                <w:szCs w:val="24"/>
                <w:lang w:eastAsia="ja-JP"/>
              </w:rPr>
              <w:t xml:space="preserve"> その他</w:t>
            </w:r>
          </w:p>
          <w:p w14:paraId="6FD5EE83" w14:textId="77777777" w:rsidR="00B5556A" w:rsidRPr="0056419A" w:rsidRDefault="00B5556A" w:rsidP="00B5556A">
            <w:pPr>
              <w:adjustRightInd w:val="0"/>
              <w:snapToGrid w:val="0"/>
              <w:spacing w:line="276" w:lineRule="auto"/>
              <w:rPr>
                <w:sz w:val="24"/>
                <w:szCs w:val="24"/>
                <w:lang w:eastAsia="ja-JP"/>
              </w:rPr>
            </w:pPr>
          </w:p>
          <w:p w14:paraId="1A94A745" w14:textId="62BC922F" w:rsidR="001C24C4" w:rsidRPr="0056419A" w:rsidRDefault="00B5556A" w:rsidP="00B5556A">
            <w:pPr>
              <w:adjustRightInd w:val="0"/>
              <w:snapToGrid w:val="0"/>
              <w:spacing w:line="276" w:lineRule="auto"/>
              <w:ind w:leftChars="77" w:left="6479" w:hangingChars="2555" w:hanging="6304"/>
              <w:rPr>
                <w:sz w:val="24"/>
                <w:szCs w:val="24"/>
                <w:lang w:eastAsia="ja-JP"/>
              </w:rPr>
            </w:pPr>
            <w:r w:rsidRPr="0056419A">
              <w:rPr>
                <w:rFonts w:hint="eastAsia"/>
                <w:sz w:val="24"/>
                <w:szCs w:val="24"/>
                <w:lang w:eastAsia="ja-JP"/>
              </w:rPr>
              <w:t>詳細（</w:t>
            </w:r>
            <w:r w:rsidR="001C2E8B" w:rsidRPr="0056419A">
              <w:rPr>
                <w:color w:val="A6A6A6" w:themeColor="background1" w:themeShade="A6"/>
                <w:sz w:val="24"/>
                <w:szCs w:val="24"/>
                <w:lang w:eastAsia="ja-JP"/>
              </w:rPr>
              <w:t xml:space="preserve">　</w:t>
            </w:r>
            <w:r w:rsidRPr="0056419A">
              <w:rPr>
                <w:rFonts w:hint="eastAsia"/>
                <w:color w:val="A6A6A6" w:themeColor="background1" w:themeShade="A6"/>
                <w:sz w:val="24"/>
                <w:szCs w:val="24"/>
                <w:lang w:eastAsia="ja-JP"/>
              </w:rPr>
              <w:t>学会名、雑誌名等</w:t>
            </w:r>
            <w:r w:rsidRPr="0056419A">
              <w:rPr>
                <w:rFonts w:hint="eastAsia"/>
                <w:sz w:val="24"/>
                <w:szCs w:val="24"/>
                <w:lang w:eastAsia="ja-JP"/>
              </w:rPr>
              <w:t xml:space="preserve">　　　　　　　　　</w:t>
            </w:r>
            <w:r w:rsidR="001C2E8B" w:rsidRPr="0056419A">
              <w:rPr>
                <w:sz w:val="24"/>
                <w:szCs w:val="24"/>
                <w:lang w:eastAsia="ja-JP"/>
              </w:rPr>
              <w:t xml:space="preserve">　）</w:t>
            </w:r>
          </w:p>
        </w:tc>
      </w:tr>
    </w:tbl>
    <w:p w14:paraId="1028740C" w14:textId="368C9D77" w:rsidR="00B5556A" w:rsidRDefault="00B5556A" w:rsidP="00B5556A">
      <w:pPr>
        <w:adjustRightInd w:val="0"/>
        <w:snapToGrid w:val="0"/>
        <w:spacing w:after="0"/>
        <w:rPr>
          <w:lang w:eastAsia="ja-JP"/>
        </w:rPr>
      </w:pPr>
    </w:p>
    <w:sectPr w:rsidR="00B5556A" w:rsidSect="0056419A">
      <w:pgSz w:w="11906" w:h="16838" w:code="9"/>
      <w:pgMar w:top="1418" w:right="1418" w:bottom="1418" w:left="1418" w:header="720" w:footer="720" w:gutter="0"/>
      <w:cols w:space="720"/>
      <w:docGrid w:type="linesAndChars" w:linePitch="350" w:charSpace="1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48994" w14:textId="77777777" w:rsidR="005B7CB8" w:rsidRDefault="005B7CB8" w:rsidP="005B7CB8">
      <w:pPr>
        <w:spacing w:after="0" w:line="240" w:lineRule="auto"/>
      </w:pPr>
      <w:r>
        <w:separator/>
      </w:r>
    </w:p>
  </w:endnote>
  <w:endnote w:type="continuationSeparator" w:id="0">
    <w:p w14:paraId="08E7EA4C" w14:textId="77777777" w:rsidR="005B7CB8" w:rsidRDefault="005B7CB8" w:rsidP="005B7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D717D" w14:textId="77777777" w:rsidR="005B7CB8" w:rsidRDefault="005B7CB8" w:rsidP="005B7CB8">
      <w:pPr>
        <w:spacing w:after="0" w:line="240" w:lineRule="auto"/>
      </w:pPr>
      <w:r>
        <w:separator/>
      </w:r>
    </w:p>
  </w:footnote>
  <w:footnote w:type="continuationSeparator" w:id="0">
    <w:p w14:paraId="39B0D76C" w14:textId="77777777" w:rsidR="005B7CB8" w:rsidRDefault="005B7CB8" w:rsidP="005B7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227"/>
  <w:drawingGridVerticalSpacing w:val="175"/>
  <w:displayVerticalDrawingGridEvery w:val="2"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F2183"/>
    <w:rsid w:val="0015074B"/>
    <w:rsid w:val="001C24C4"/>
    <w:rsid w:val="001C2E8B"/>
    <w:rsid w:val="002742C9"/>
    <w:rsid w:val="0029639D"/>
    <w:rsid w:val="00326F90"/>
    <w:rsid w:val="00483B38"/>
    <w:rsid w:val="00495AEA"/>
    <w:rsid w:val="004C689A"/>
    <w:rsid w:val="0056419A"/>
    <w:rsid w:val="005A3D60"/>
    <w:rsid w:val="005B7CB8"/>
    <w:rsid w:val="006515DC"/>
    <w:rsid w:val="00AA1D8D"/>
    <w:rsid w:val="00B47730"/>
    <w:rsid w:val="00B5556A"/>
    <w:rsid w:val="00CB0664"/>
    <w:rsid w:val="00DB77C2"/>
    <w:rsid w:val="00E55D2A"/>
    <w:rsid w:val="00F92001"/>
    <w:rsid w:val="00FC693F"/>
    <w:rsid w:val="00FF1816"/>
    <w:rsid w:val="00FF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8C89748"/>
  <w14:defaultImageDpi w14:val="300"/>
  <w15:docId w15:val="{A71CB905-4114-4C56-A7D5-84681204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ＭＳ 明朝" w:eastAsia="ＭＳ 明朝" w:hAnsi="ＭＳ 明朝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舟木　稔昭</cp:lastModifiedBy>
  <cp:revision>4</cp:revision>
  <dcterms:created xsi:type="dcterms:W3CDTF">2026-03-16T23:43:00Z</dcterms:created>
  <dcterms:modified xsi:type="dcterms:W3CDTF">2026-03-17T06:06:00Z</dcterms:modified>
</cp:coreProperties>
</file>