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5ED0A" w14:textId="7347EE6E" w:rsidR="0082253E" w:rsidRPr="0082253E" w:rsidRDefault="0082253E" w:rsidP="0082253E">
      <w:pPr>
        <w:adjustRightInd w:val="0"/>
        <w:snapToGrid w:val="0"/>
        <w:spacing w:after="0"/>
        <w:rPr>
          <w:sz w:val="24"/>
          <w:szCs w:val="24"/>
          <w:lang w:eastAsia="ja-JP"/>
        </w:rPr>
      </w:pPr>
      <w:r w:rsidRPr="0082253E">
        <w:rPr>
          <w:rFonts w:hint="eastAsia"/>
          <w:sz w:val="24"/>
          <w:szCs w:val="24"/>
          <w:lang w:eastAsia="ja-JP"/>
        </w:rPr>
        <w:t>様式第７号</w:t>
      </w:r>
      <w:r>
        <w:rPr>
          <w:rFonts w:hint="eastAsia"/>
          <w:sz w:val="24"/>
          <w:szCs w:val="24"/>
          <w:lang w:eastAsia="ja-JP"/>
        </w:rPr>
        <w:t>（第９条関係）</w:t>
      </w:r>
    </w:p>
    <w:p w14:paraId="6EA01EB0" w14:textId="77777777" w:rsidR="0082253E" w:rsidRDefault="0082253E" w:rsidP="007F02D0">
      <w:pPr>
        <w:adjustRightInd w:val="0"/>
        <w:snapToGrid w:val="0"/>
        <w:spacing w:after="0"/>
        <w:jc w:val="center"/>
        <w:rPr>
          <w:b/>
          <w:sz w:val="24"/>
          <w:szCs w:val="24"/>
          <w:lang w:eastAsia="ja-JP"/>
        </w:rPr>
      </w:pPr>
    </w:p>
    <w:p w14:paraId="72137F35" w14:textId="579DEB03" w:rsidR="00A039BF" w:rsidRDefault="006064A0" w:rsidP="007F02D0">
      <w:pPr>
        <w:adjustRightInd w:val="0"/>
        <w:snapToGrid w:val="0"/>
        <w:spacing w:after="0"/>
        <w:jc w:val="center"/>
        <w:rPr>
          <w:b/>
          <w:sz w:val="24"/>
          <w:szCs w:val="24"/>
          <w:lang w:eastAsia="ja-JP"/>
        </w:rPr>
      </w:pPr>
      <w:r w:rsidRPr="0082253E">
        <w:rPr>
          <w:b/>
          <w:sz w:val="24"/>
          <w:szCs w:val="24"/>
          <w:lang w:eastAsia="ja-JP"/>
        </w:rPr>
        <w:t>症例報告に関する説明および同意書</w:t>
      </w:r>
    </w:p>
    <w:p w14:paraId="035EF0C0" w14:textId="77777777" w:rsidR="0082253E" w:rsidRPr="0082253E" w:rsidRDefault="0082253E" w:rsidP="007F02D0">
      <w:pPr>
        <w:adjustRightInd w:val="0"/>
        <w:snapToGrid w:val="0"/>
        <w:spacing w:after="0"/>
        <w:jc w:val="center"/>
        <w:rPr>
          <w:sz w:val="24"/>
          <w:szCs w:val="24"/>
          <w:lang w:eastAsia="ja-JP"/>
        </w:rPr>
      </w:pPr>
    </w:p>
    <w:p w14:paraId="0147C55E" w14:textId="1681B9D5" w:rsidR="007F02D0" w:rsidRPr="0082253E" w:rsidRDefault="0082253E" w:rsidP="0082253E">
      <w:pPr>
        <w:adjustRightInd w:val="0"/>
        <w:snapToGrid w:val="0"/>
        <w:spacing w:after="0"/>
        <w:ind w:firstLineChars="100" w:firstLine="295"/>
        <w:rPr>
          <w:sz w:val="24"/>
          <w:szCs w:val="24"/>
          <w:lang w:eastAsia="ja-JP"/>
        </w:rPr>
      </w:pPr>
      <w:r w:rsidRPr="00C64E1D">
        <w:rPr>
          <w:sz w:val="24"/>
          <w:szCs w:val="24"/>
          <w:lang w:eastAsia="ja-JP"/>
        </w:rPr>
        <w:t>本</w:t>
      </w:r>
      <w:r w:rsidRPr="00322B1B">
        <w:rPr>
          <w:sz w:val="24"/>
          <w:szCs w:val="24"/>
          <w:lang w:eastAsia="ja-JP"/>
        </w:rPr>
        <w:t>書は、秋田県</w:t>
      </w:r>
      <w:r>
        <w:rPr>
          <w:rFonts w:hint="eastAsia"/>
          <w:sz w:val="24"/>
          <w:szCs w:val="24"/>
          <w:lang w:eastAsia="ja-JP"/>
        </w:rPr>
        <w:t>ＭＣ</w:t>
      </w:r>
      <w:r w:rsidRPr="00322B1B">
        <w:rPr>
          <w:sz w:val="24"/>
          <w:szCs w:val="24"/>
          <w:lang w:eastAsia="ja-JP"/>
        </w:rPr>
        <w:t>協議会</w:t>
      </w:r>
      <w:r>
        <w:rPr>
          <w:sz w:val="24"/>
          <w:szCs w:val="24"/>
          <w:lang w:eastAsia="ja-JP"/>
        </w:rPr>
        <w:t>救急研究倫理審査委員会の要綱に基づき</w:t>
      </w:r>
      <w:r>
        <w:rPr>
          <w:rFonts w:hint="eastAsia"/>
          <w:sz w:val="24"/>
          <w:szCs w:val="24"/>
          <w:lang w:eastAsia="ja-JP"/>
        </w:rPr>
        <w:t>作成された同意取得用文書です。</w:t>
      </w:r>
    </w:p>
    <w:p w14:paraId="7F4BE72F" w14:textId="77777777" w:rsidR="00A039BF" w:rsidRPr="0082253E" w:rsidRDefault="00A039BF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1DF0F42E" w14:textId="58FF1E81" w:rsidR="00A039BF" w:rsidRPr="0082253E" w:rsidRDefault="0082253E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  <w:r>
        <w:rPr>
          <w:rFonts w:hint="eastAsia"/>
          <w:b/>
          <w:sz w:val="24"/>
          <w:szCs w:val="24"/>
          <w:lang w:eastAsia="ja-JP"/>
        </w:rPr>
        <w:t xml:space="preserve">１　</w:t>
      </w:r>
      <w:r w:rsidR="006064A0" w:rsidRPr="0082253E">
        <w:rPr>
          <w:b/>
          <w:sz w:val="24"/>
          <w:szCs w:val="24"/>
          <w:lang w:eastAsia="ja-JP"/>
        </w:rPr>
        <w:t>症例報告の目的</w:t>
      </w:r>
      <w:r w:rsidR="007F02D0" w:rsidRPr="0082253E">
        <w:rPr>
          <w:rFonts w:hint="eastAsia"/>
          <w:b/>
          <w:sz w:val="24"/>
          <w:szCs w:val="24"/>
          <w:lang w:eastAsia="ja-JP"/>
        </w:rPr>
        <w:t>・内容</w:t>
      </w:r>
    </w:p>
    <w:p w14:paraId="3FD45729" w14:textId="6DE62264" w:rsidR="00A039BF" w:rsidRPr="0082253E" w:rsidRDefault="006064A0" w:rsidP="0082253E">
      <w:pPr>
        <w:adjustRightInd w:val="0"/>
        <w:snapToGrid w:val="0"/>
        <w:spacing w:after="0"/>
        <w:ind w:leftChars="97" w:left="267" w:firstLineChars="100" w:firstLine="295"/>
        <w:jc w:val="both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症例報告は、</w:t>
      </w:r>
      <w:r w:rsidR="007F02D0" w:rsidRPr="0082253E">
        <w:rPr>
          <w:sz w:val="24"/>
          <w:szCs w:val="24"/>
          <w:lang w:eastAsia="ja-JP"/>
        </w:rPr>
        <w:t>対象者ご本人に対して行った</w:t>
      </w:r>
      <w:r w:rsidRPr="0082253E">
        <w:rPr>
          <w:sz w:val="24"/>
          <w:szCs w:val="24"/>
          <w:lang w:eastAsia="ja-JP"/>
        </w:rPr>
        <w:t>救急活動や、病院での初期対応の内容</w:t>
      </w:r>
      <w:r w:rsidR="007F02D0" w:rsidRPr="0082253E">
        <w:rPr>
          <w:rFonts w:hint="eastAsia"/>
          <w:sz w:val="24"/>
          <w:szCs w:val="24"/>
          <w:lang w:eastAsia="ja-JP"/>
        </w:rPr>
        <w:t>、</w:t>
      </w:r>
      <w:r w:rsidR="007F02D0" w:rsidRPr="0082253E">
        <w:rPr>
          <w:sz w:val="24"/>
          <w:szCs w:val="24"/>
          <w:lang w:eastAsia="ja-JP"/>
        </w:rPr>
        <w:t>その後の経過など、通常の救急活動や診療の中で得られた情報をまとめて</w:t>
      </w:r>
      <w:r w:rsidR="007F02D0" w:rsidRPr="0082253E">
        <w:rPr>
          <w:rFonts w:hint="eastAsia"/>
          <w:sz w:val="24"/>
          <w:szCs w:val="24"/>
          <w:lang w:eastAsia="ja-JP"/>
        </w:rPr>
        <w:t>、</w:t>
      </w:r>
      <w:r w:rsidRPr="0082253E">
        <w:rPr>
          <w:sz w:val="24"/>
          <w:szCs w:val="24"/>
          <w:lang w:eastAsia="ja-JP"/>
        </w:rPr>
        <w:t>学会発表や論文として発表し、今後の</w:t>
      </w:r>
      <w:r w:rsidR="007F02D0" w:rsidRPr="0082253E">
        <w:rPr>
          <w:rFonts w:hint="eastAsia"/>
          <w:sz w:val="24"/>
          <w:szCs w:val="24"/>
          <w:lang w:eastAsia="ja-JP"/>
        </w:rPr>
        <w:t>救急活動・救急</w:t>
      </w:r>
      <w:r w:rsidRPr="0082253E">
        <w:rPr>
          <w:sz w:val="24"/>
          <w:szCs w:val="24"/>
          <w:lang w:eastAsia="ja-JP"/>
        </w:rPr>
        <w:t>医療に役立てることを目的としています。</w:t>
      </w:r>
    </w:p>
    <w:p w14:paraId="10FF9EBA" w14:textId="77777777" w:rsidR="00A039BF" w:rsidRPr="0082253E" w:rsidRDefault="00A039BF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397903C3" w14:textId="61335DE2" w:rsidR="00A039BF" w:rsidRPr="0082253E" w:rsidRDefault="0082253E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  <w:r>
        <w:rPr>
          <w:rFonts w:hint="eastAsia"/>
          <w:b/>
          <w:sz w:val="24"/>
          <w:szCs w:val="24"/>
          <w:lang w:eastAsia="ja-JP"/>
        </w:rPr>
        <w:t xml:space="preserve">２　</w:t>
      </w:r>
      <w:r w:rsidR="006064A0" w:rsidRPr="0082253E">
        <w:rPr>
          <w:b/>
          <w:sz w:val="24"/>
          <w:szCs w:val="24"/>
          <w:lang w:eastAsia="ja-JP"/>
        </w:rPr>
        <w:t>個人情報の取り扱いについて</w:t>
      </w:r>
    </w:p>
    <w:p w14:paraId="72922089" w14:textId="76C1CDDE" w:rsidR="00A039BF" w:rsidRPr="0082253E" w:rsidRDefault="006064A0" w:rsidP="000B3CA4">
      <w:pPr>
        <w:adjustRightInd w:val="0"/>
        <w:snapToGrid w:val="0"/>
        <w:spacing w:after="0"/>
        <w:ind w:leftChars="103" w:left="283" w:firstLineChars="100" w:firstLine="295"/>
        <w:jc w:val="both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お名前や住所など、個人が分かる情報は一切記載しません。誰のことか分からないように十分配慮したうえで報告します。</w:t>
      </w:r>
    </w:p>
    <w:p w14:paraId="2C89949B" w14:textId="77777777" w:rsidR="00A039BF" w:rsidRPr="0082253E" w:rsidRDefault="00A039BF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3516DA65" w14:textId="1F265D11" w:rsidR="00A039BF" w:rsidRPr="0082253E" w:rsidRDefault="0082253E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  <w:r>
        <w:rPr>
          <w:rFonts w:hint="eastAsia"/>
          <w:b/>
          <w:sz w:val="24"/>
          <w:szCs w:val="24"/>
          <w:lang w:eastAsia="ja-JP"/>
        </w:rPr>
        <w:t xml:space="preserve">３　</w:t>
      </w:r>
      <w:r w:rsidR="006064A0" w:rsidRPr="0082253E">
        <w:rPr>
          <w:b/>
          <w:sz w:val="24"/>
          <w:szCs w:val="24"/>
          <w:lang w:eastAsia="ja-JP"/>
        </w:rPr>
        <w:t>同意について</w:t>
      </w:r>
    </w:p>
    <w:p w14:paraId="0C928065" w14:textId="6978CEC7" w:rsidR="0082253E" w:rsidRDefault="00171A11" w:rsidP="0082253E">
      <w:pPr>
        <w:adjustRightInd w:val="0"/>
        <w:snapToGrid w:val="0"/>
        <w:spacing w:after="0"/>
        <w:ind w:leftChars="97" w:left="267" w:firstLineChars="100" w:firstLine="295"/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この症例報告への同意は、対象者ご本人</w:t>
      </w:r>
      <w:r>
        <w:rPr>
          <w:rFonts w:hint="eastAsia"/>
          <w:sz w:val="24"/>
          <w:szCs w:val="24"/>
          <w:lang w:eastAsia="ja-JP"/>
        </w:rPr>
        <w:t>又は</w:t>
      </w:r>
      <w:r w:rsidR="0004456A" w:rsidRPr="0082253E">
        <w:rPr>
          <w:sz w:val="24"/>
          <w:szCs w:val="24"/>
          <w:lang w:eastAsia="ja-JP"/>
        </w:rPr>
        <w:t>ご家族の自由な判断によるものです。</w:t>
      </w:r>
    </w:p>
    <w:p w14:paraId="25765B51" w14:textId="77777777" w:rsidR="0082253E" w:rsidRDefault="0004456A" w:rsidP="0082253E">
      <w:pPr>
        <w:adjustRightInd w:val="0"/>
        <w:snapToGrid w:val="0"/>
        <w:spacing w:after="0"/>
        <w:ind w:leftChars="97" w:left="267" w:firstLineChars="100" w:firstLine="295"/>
        <w:jc w:val="both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文書による同意取得を原則としますが、病状や状況等により文書での同意取得が困難な場合には、口頭による同意取得を行うことがあります。</w:t>
      </w:r>
    </w:p>
    <w:p w14:paraId="48C53799" w14:textId="4899F1AA" w:rsidR="00A039BF" w:rsidRPr="0082253E" w:rsidRDefault="0004456A" w:rsidP="0082253E">
      <w:pPr>
        <w:adjustRightInd w:val="0"/>
        <w:snapToGrid w:val="0"/>
        <w:spacing w:after="0"/>
        <w:ind w:leftChars="97" w:left="267" w:firstLineChars="100" w:firstLine="295"/>
        <w:jc w:val="both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同意しない場合や、後から同意を取り消した場合でも、診療や救急対応で不利益を受けることはありません</w:t>
      </w:r>
      <w:r w:rsidR="006064A0" w:rsidRPr="0082253E">
        <w:rPr>
          <w:sz w:val="24"/>
          <w:szCs w:val="24"/>
          <w:lang w:eastAsia="ja-JP"/>
        </w:rPr>
        <w:t>。</w:t>
      </w:r>
      <w:r w:rsidR="0008414F" w:rsidRPr="0082253E">
        <w:rPr>
          <w:sz w:val="24"/>
          <w:szCs w:val="24"/>
          <w:lang w:eastAsia="ja-JP"/>
        </w:rPr>
        <w:t>また、一度同意された場合であっても、症例報告の公表前であれば、いつでも同意を撤回することができます。</w:t>
      </w:r>
    </w:p>
    <w:p w14:paraId="2920253C" w14:textId="77777777" w:rsidR="007F02D0" w:rsidRPr="0082253E" w:rsidRDefault="007F02D0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51413095" w14:textId="5A638DD6" w:rsidR="007F02D0" w:rsidRPr="0082253E" w:rsidRDefault="0082253E" w:rsidP="007F02D0">
      <w:pPr>
        <w:adjustRightInd w:val="0"/>
        <w:snapToGrid w:val="0"/>
        <w:spacing w:after="0"/>
        <w:rPr>
          <w:bCs/>
          <w:sz w:val="24"/>
          <w:szCs w:val="24"/>
          <w:lang w:eastAsia="ja-JP"/>
        </w:rPr>
      </w:pPr>
      <w:r w:rsidRPr="00276435">
        <w:rPr>
          <w:rFonts w:hint="eastAsia"/>
          <w:b/>
          <w:bCs/>
          <w:sz w:val="24"/>
          <w:szCs w:val="24"/>
          <w:lang w:eastAsia="ja-JP"/>
        </w:rPr>
        <w:t xml:space="preserve">４　</w:t>
      </w:r>
      <w:r w:rsidR="007F02D0" w:rsidRPr="00276435">
        <w:rPr>
          <w:b/>
          <w:bCs/>
          <w:sz w:val="24"/>
          <w:szCs w:val="24"/>
          <w:lang w:eastAsia="ja-JP"/>
        </w:rPr>
        <w:t>説明者</w:t>
      </w:r>
      <w:r w:rsidR="007F02D0" w:rsidRPr="0082253E">
        <w:rPr>
          <w:bCs/>
          <w:sz w:val="24"/>
          <w:szCs w:val="24"/>
          <w:lang w:eastAsia="ja-JP"/>
        </w:rPr>
        <w:t>（</w:t>
      </w:r>
      <w:r w:rsidR="005D5F2D" w:rsidRPr="0082253E">
        <w:rPr>
          <w:rFonts w:hint="eastAsia"/>
          <w:bCs/>
          <w:sz w:val="24"/>
          <w:szCs w:val="24"/>
          <w:lang w:eastAsia="ja-JP"/>
        </w:rPr>
        <w:t>研究</w:t>
      </w:r>
      <w:r w:rsidR="00171A11">
        <w:rPr>
          <w:bCs/>
          <w:sz w:val="24"/>
          <w:szCs w:val="24"/>
          <w:lang w:eastAsia="ja-JP"/>
        </w:rPr>
        <w:t>責任者</w:t>
      </w:r>
      <w:r w:rsidR="00171A11">
        <w:rPr>
          <w:rFonts w:hint="eastAsia"/>
          <w:bCs/>
          <w:sz w:val="24"/>
          <w:szCs w:val="24"/>
          <w:lang w:eastAsia="ja-JP"/>
        </w:rPr>
        <w:t>又は</w:t>
      </w:r>
      <w:r w:rsidR="00276435">
        <w:rPr>
          <w:bCs/>
          <w:sz w:val="24"/>
          <w:szCs w:val="24"/>
          <w:lang w:eastAsia="ja-JP"/>
        </w:rPr>
        <w:t>研究責任者</w:t>
      </w:r>
      <w:r w:rsidR="00276435">
        <w:rPr>
          <w:rFonts w:hint="eastAsia"/>
          <w:bCs/>
          <w:sz w:val="24"/>
          <w:szCs w:val="24"/>
          <w:lang w:eastAsia="ja-JP"/>
        </w:rPr>
        <w:t>に</w:t>
      </w:r>
      <w:r w:rsidR="00B3089D" w:rsidRPr="0082253E">
        <w:rPr>
          <w:bCs/>
          <w:sz w:val="24"/>
          <w:szCs w:val="24"/>
          <w:lang w:eastAsia="ja-JP"/>
        </w:rPr>
        <w:t>指示を受けた者</w:t>
      </w:r>
      <w:r w:rsidR="007F02D0" w:rsidRPr="0082253E">
        <w:rPr>
          <w:bCs/>
          <w:sz w:val="24"/>
          <w:szCs w:val="24"/>
          <w:lang w:eastAsia="ja-JP"/>
        </w:rPr>
        <w:t>）</w:t>
      </w:r>
    </w:p>
    <w:p w14:paraId="4CF1B066" w14:textId="77777777" w:rsidR="007F02D0" w:rsidRPr="0082253E" w:rsidRDefault="007F02D0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</w:rPr>
      </w:pPr>
      <w:proofErr w:type="spellStart"/>
      <w:r w:rsidRPr="0082253E">
        <w:rPr>
          <w:sz w:val="24"/>
          <w:szCs w:val="24"/>
        </w:rPr>
        <w:t>氏名</w:t>
      </w:r>
      <w:proofErr w:type="spellEnd"/>
      <w:r w:rsidRPr="0082253E">
        <w:rPr>
          <w:sz w:val="24"/>
          <w:szCs w:val="24"/>
        </w:rPr>
        <w:t xml:space="preserve">：　　　　　　　　　　　　／　</w:t>
      </w:r>
      <w:proofErr w:type="spellStart"/>
      <w:r w:rsidRPr="0082253E">
        <w:rPr>
          <w:sz w:val="24"/>
          <w:szCs w:val="24"/>
        </w:rPr>
        <w:t>所属</w:t>
      </w:r>
      <w:proofErr w:type="spellEnd"/>
      <w:r w:rsidRPr="0082253E">
        <w:rPr>
          <w:sz w:val="24"/>
          <w:szCs w:val="24"/>
        </w:rPr>
        <w:t xml:space="preserve">：　　　　　　　　　　　　</w:t>
      </w:r>
    </w:p>
    <w:p w14:paraId="4CCB832D" w14:textId="77777777" w:rsidR="00B142E1" w:rsidRPr="0082253E" w:rsidRDefault="00B142E1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0AC08A6E" w14:textId="7FAE85EB" w:rsidR="00A039BF" w:rsidRPr="0082253E" w:rsidRDefault="0082253E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  <w:r>
        <w:rPr>
          <w:rFonts w:hint="eastAsia"/>
          <w:b/>
          <w:sz w:val="24"/>
          <w:szCs w:val="24"/>
          <w:lang w:eastAsia="ja-JP"/>
        </w:rPr>
        <w:t xml:space="preserve">５　</w:t>
      </w:r>
      <w:r w:rsidR="00821AAA">
        <w:rPr>
          <w:b/>
          <w:sz w:val="24"/>
          <w:szCs w:val="24"/>
          <w:lang w:eastAsia="ja-JP"/>
        </w:rPr>
        <w:t>同意欄</w:t>
      </w:r>
    </w:p>
    <w:p w14:paraId="178B4CCB" w14:textId="77777777" w:rsidR="00A039BF" w:rsidRPr="0082253E" w:rsidRDefault="006064A0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上記の説明を受け、内容について理解しました。</w:t>
      </w:r>
    </w:p>
    <w:p w14:paraId="560DCF60" w14:textId="1D70DA4A" w:rsidR="00A039BF" w:rsidRPr="0082253E" w:rsidRDefault="00171A11" w:rsidP="0082253E">
      <w:pPr>
        <w:adjustRightInd w:val="0"/>
        <w:snapToGrid w:val="0"/>
        <w:spacing w:after="0"/>
        <w:ind w:leftChars="97" w:left="267" w:firstLineChars="100" w:firstLine="295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私は、本症例報告に、私（</w:t>
      </w:r>
      <w:r>
        <w:rPr>
          <w:rFonts w:hint="eastAsia"/>
          <w:sz w:val="24"/>
          <w:szCs w:val="24"/>
          <w:lang w:eastAsia="ja-JP"/>
        </w:rPr>
        <w:t>又は</w:t>
      </w:r>
      <w:r w:rsidR="006064A0" w:rsidRPr="0082253E">
        <w:rPr>
          <w:sz w:val="24"/>
          <w:szCs w:val="24"/>
          <w:lang w:eastAsia="ja-JP"/>
        </w:rPr>
        <w:t>家族）の情報が使用されることに同意します。</w:t>
      </w:r>
    </w:p>
    <w:p w14:paraId="6AD98897" w14:textId="77777777" w:rsidR="00A039BF" w:rsidRPr="0082253E" w:rsidRDefault="006064A0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</w:rPr>
      </w:pPr>
      <w:proofErr w:type="spellStart"/>
      <w:r w:rsidRPr="0082253E">
        <w:rPr>
          <w:sz w:val="24"/>
          <w:szCs w:val="24"/>
        </w:rPr>
        <w:t>同意日</w:t>
      </w:r>
      <w:proofErr w:type="spellEnd"/>
      <w:r w:rsidRPr="0082253E">
        <w:rPr>
          <w:sz w:val="24"/>
          <w:szCs w:val="24"/>
        </w:rPr>
        <w:t>：　　　年　　　月　　　日</w:t>
      </w:r>
    </w:p>
    <w:p w14:paraId="3659E638" w14:textId="77777777" w:rsidR="00A039BF" w:rsidRPr="0082253E" w:rsidRDefault="006064A0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</w:rPr>
      </w:pPr>
      <w:proofErr w:type="spellStart"/>
      <w:r w:rsidRPr="0082253E">
        <w:rPr>
          <w:sz w:val="24"/>
          <w:szCs w:val="24"/>
        </w:rPr>
        <w:t>対象者氏名</w:t>
      </w:r>
      <w:proofErr w:type="spellEnd"/>
      <w:r w:rsidRPr="0082253E">
        <w:rPr>
          <w:sz w:val="24"/>
          <w:szCs w:val="24"/>
        </w:rPr>
        <w:t xml:space="preserve">：　　　　　　　　　　　　　　　</w:t>
      </w:r>
    </w:p>
    <w:p w14:paraId="31E1B269" w14:textId="77777777" w:rsidR="00A039BF" w:rsidRPr="0082253E" w:rsidRDefault="006064A0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 xml:space="preserve">署名：　　　　　　　　　　　　　　　　　　　</w:t>
      </w:r>
    </w:p>
    <w:p w14:paraId="3A86253C" w14:textId="3C85D3E4" w:rsidR="00A039BF" w:rsidRPr="0082253E" w:rsidRDefault="006064A0" w:rsidP="00B4114A">
      <w:pPr>
        <w:adjustRightInd w:val="0"/>
        <w:snapToGrid w:val="0"/>
        <w:spacing w:after="0"/>
        <w:ind w:firstLineChars="400" w:firstLine="1179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※</w:t>
      </w:r>
      <w:r w:rsidR="0082253E">
        <w:rPr>
          <w:sz w:val="24"/>
          <w:szCs w:val="24"/>
          <w:lang w:eastAsia="ja-JP"/>
        </w:rPr>
        <w:t>ご家族が同意される場合：</w:t>
      </w:r>
      <w:r w:rsidR="0082253E">
        <w:rPr>
          <w:rFonts w:hint="eastAsia"/>
          <w:sz w:val="24"/>
          <w:szCs w:val="24"/>
          <w:lang w:eastAsia="ja-JP"/>
        </w:rPr>
        <w:t>続</w:t>
      </w:r>
      <w:r w:rsidR="0082253E">
        <w:rPr>
          <w:sz w:val="24"/>
          <w:szCs w:val="24"/>
          <w:lang w:eastAsia="ja-JP"/>
        </w:rPr>
        <w:t xml:space="preserve">柄　　　　　　　</w:t>
      </w:r>
    </w:p>
    <w:p w14:paraId="6781DB15" w14:textId="77777777" w:rsidR="00C61605" w:rsidRPr="0082253E" w:rsidRDefault="00C61605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p w14:paraId="3AD5B849" w14:textId="2C103566" w:rsidR="00C61605" w:rsidRPr="0082253E" w:rsidRDefault="0082253E" w:rsidP="00C61605">
      <w:pPr>
        <w:adjustRightInd w:val="0"/>
        <w:snapToGrid w:val="0"/>
        <w:spacing w:after="0"/>
        <w:rPr>
          <w:sz w:val="24"/>
          <w:szCs w:val="24"/>
          <w:lang w:eastAsia="ja-JP"/>
        </w:rPr>
      </w:pPr>
      <w:r>
        <w:rPr>
          <w:rFonts w:hint="eastAsia"/>
          <w:b/>
          <w:sz w:val="24"/>
          <w:szCs w:val="24"/>
          <w:lang w:eastAsia="ja-JP"/>
        </w:rPr>
        <w:t xml:space="preserve">６　</w:t>
      </w:r>
      <w:r w:rsidR="00821AAA">
        <w:rPr>
          <w:b/>
          <w:sz w:val="24"/>
          <w:szCs w:val="24"/>
          <w:lang w:eastAsia="ja-JP"/>
        </w:rPr>
        <w:t>口頭同意の場合の記録欄（文書同意が困難な場合）</w:t>
      </w:r>
    </w:p>
    <w:p w14:paraId="340B903A" w14:textId="77777777" w:rsidR="00C61605" w:rsidRPr="0082253E" w:rsidRDefault="00C61605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説明日：　　　年　　　月　　　日</w:t>
      </w:r>
    </w:p>
    <w:p w14:paraId="3AA8D464" w14:textId="25DAC423" w:rsidR="00C61605" w:rsidRDefault="0082253E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同意者（本人／家族）：　　　　　　　　　</w:t>
      </w:r>
      <w:r w:rsidR="00C61605" w:rsidRPr="0082253E">
        <w:rPr>
          <w:sz w:val="24"/>
          <w:szCs w:val="24"/>
          <w:lang w:eastAsia="ja-JP"/>
        </w:rPr>
        <w:t xml:space="preserve">　続柄：　　　　　　</w:t>
      </w:r>
    </w:p>
    <w:p w14:paraId="62DDFF0E" w14:textId="77777777" w:rsidR="001649D6" w:rsidRPr="0082253E" w:rsidRDefault="001649D6" w:rsidP="0082253E">
      <w:pPr>
        <w:adjustRightInd w:val="0"/>
        <w:snapToGrid w:val="0"/>
        <w:spacing w:after="0"/>
        <w:ind w:firstLineChars="200" w:firstLine="590"/>
        <w:rPr>
          <w:rFonts w:hint="eastAsia"/>
          <w:sz w:val="24"/>
          <w:szCs w:val="24"/>
          <w:lang w:eastAsia="ja-JP"/>
        </w:rPr>
      </w:pPr>
    </w:p>
    <w:p w14:paraId="79E8D991" w14:textId="77777777" w:rsidR="00C61605" w:rsidRPr="0082253E" w:rsidRDefault="00C61605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82253E">
        <w:rPr>
          <w:sz w:val="24"/>
          <w:szCs w:val="24"/>
          <w:lang w:eastAsia="ja-JP"/>
        </w:rPr>
        <w:t>説明内容：本同意書に記載された内容について説明した。</w:t>
      </w:r>
    </w:p>
    <w:p w14:paraId="5395226E" w14:textId="5C59A1C9" w:rsidR="001649D6" w:rsidRDefault="005D5F2D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82253E">
        <w:rPr>
          <w:rFonts w:hint="eastAsia"/>
          <w:sz w:val="24"/>
          <w:szCs w:val="24"/>
          <w:lang w:eastAsia="ja-JP"/>
        </w:rPr>
        <w:t>説明者</w:t>
      </w:r>
      <w:r w:rsidR="00366A17">
        <w:rPr>
          <w:rFonts w:hint="eastAsia"/>
          <w:sz w:val="24"/>
          <w:szCs w:val="24"/>
          <w:lang w:eastAsia="ja-JP"/>
        </w:rPr>
        <w:t>：</w:t>
      </w:r>
      <w:r w:rsidR="00C61605" w:rsidRPr="0082253E">
        <w:rPr>
          <w:sz w:val="24"/>
          <w:szCs w:val="24"/>
          <w:lang w:eastAsia="ja-JP"/>
        </w:rPr>
        <w:t xml:space="preserve">　</w:t>
      </w:r>
      <w:r w:rsidR="005162AC">
        <w:rPr>
          <w:rFonts w:hint="eastAsia"/>
          <w:sz w:val="24"/>
          <w:szCs w:val="24"/>
          <w:lang w:eastAsia="ja-JP"/>
        </w:rPr>
        <w:t xml:space="preserve">　　</w:t>
      </w:r>
      <w:r w:rsidR="00366A17">
        <w:rPr>
          <w:rFonts w:hint="eastAsia"/>
          <w:sz w:val="24"/>
          <w:szCs w:val="24"/>
          <w:lang w:eastAsia="ja-JP"/>
        </w:rPr>
        <w:t xml:space="preserve">　　　　　　　　　　　　</w:t>
      </w:r>
    </w:p>
    <w:p w14:paraId="265D69AF" w14:textId="7A157EFE" w:rsidR="00366A17" w:rsidRDefault="00366A17" w:rsidP="00366A17">
      <w:pPr>
        <w:adjustRightInd w:val="0"/>
        <w:snapToGrid w:val="0"/>
        <w:spacing w:after="0"/>
        <w:rPr>
          <w:sz w:val="24"/>
          <w:szCs w:val="24"/>
          <w:lang w:eastAsia="ja-JP"/>
        </w:rPr>
      </w:pPr>
      <w:r w:rsidRPr="00366A17">
        <w:rPr>
          <w:rFonts w:hint="eastAsia"/>
          <w:sz w:val="24"/>
          <w:szCs w:val="24"/>
          <w:u w:val="single"/>
          <w:lang w:eastAsia="ja-JP"/>
        </w:rPr>
        <w:t xml:space="preserve">　　　　　　　　　</w:t>
      </w:r>
    </w:p>
    <w:p w14:paraId="74EF7653" w14:textId="5DB5E6A0" w:rsidR="00C61605" w:rsidRPr="005162AC" w:rsidRDefault="001649D6" w:rsidP="0082253E">
      <w:pPr>
        <w:adjustRightInd w:val="0"/>
        <w:snapToGrid w:val="0"/>
        <w:spacing w:after="0"/>
        <w:ind w:firstLineChars="200" w:firstLine="590"/>
        <w:rPr>
          <w:sz w:val="24"/>
          <w:szCs w:val="24"/>
          <w:lang w:eastAsia="ja-JP"/>
        </w:rPr>
      </w:pPr>
      <w:r w:rsidRPr="005162AC">
        <w:rPr>
          <w:rFonts w:hint="eastAsia"/>
          <w:sz w:val="24"/>
          <w:szCs w:val="24"/>
          <w:lang w:eastAsia="ja-JP"/>
        </w:rPr>
        <w:t xml:space="preserve">　　　　　　　　　　　</w:t>
      </w:r>
      <w:r w:rsidR="00C61605" w:rsidRPr="005162AC">
        <w:rPr>
          <w:sz w:val="24"/>
          <w:szCs w:val="24"/>
          <w:lang w:eastAsia="ja-JP"/>
        </w:rPr>
        <w:t xml:space="preserve">　　　　　　　　　　　</w:t>
      </w:r>
    </w:p>
    <w:p w14:paraId="06AD20F3" w14:textId="77777777" w:rsidR="00C61605" w:rsidRPr="00171A11" w:rsidRDefault="00C61605" w:rsidP="007F02D0">
      <w:pPr>
        <w:adjustRightInd w:val="0"/>
        <w:snapToGrid w:val="0"/>
        <w:spacing w:after="0"/>
        <w:rPr>
          <w:sz w:val="24"/>
          <w:szCs w:val="24"/>
          <w:lang w:eastAsia="ja-JP"/>
        </w:rPr>
      </w:pPr>
    </w:p>
    <w:sectPr w:rsidR="00C61605" w:rsidRPr="00171A11" w:rsidSect="0082253E">
      <w:pgSz w:w="11906" w:h="16838" w:code="9"/>
      <w:pgMar w:top="1418" w:right="1418" w:bottom="1418" w:left="1418" w:header="720" w:footer="720" w:gutter="0"/>
      <w:cols w:space="720"/>
      <w:docGrid w:type="linesAndChars" w:linePitch="424" w:charSpace="112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D53DF" w14:textId="77777777" w:rsidR="00880923" w:rsidRDefault="00880923" w:rsidP="00C61605">
      <w:pPr>
        <w:spacing w:after="0" w:line="240" w:lineRule="auto"/>
      </w:pPr>
      <w:r>
        <w:separator/>
      </w:r>
    </w:p>
  </w:endnote>
  <w:endnote w:type="continuationSeparator" w:id="0">
    <w:p w14:paraId="263CCACC" w14:textId="77777777" w:rsidR="00880923" w:rsidRDefault="00880923" w:rsidP="00C6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DE9BA" w14:textId="77777777" w:rsidR="00880923" w:rsidRDefault="00880923" w:rsidP="00C61605">
      <w:pPr>
        <w:spacing w:after="0" w:line="240" w:lineRule="auto"/>
      </w:pPr>
      <w:r>
        <w:separator/>
      </w:r>
    </w:p>
  </w:footnote>
  <w:footnote w:type="continuationSeparator" w:id="0">
    <w:p w14:paraId="1DBABA15" w14:textId="77777777" w:rsidR="00880923" w:rsidRDefault="00880923" w:rsidP="00C61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433848">
    <w:abstractNumId w:val="8"/>
  </w:num>
  <w:num w:numId="2" w16cid:durableId="931356496">
    <w:abstractNumId w:val="6"/>
  </w:num>
  <w:num w:numId="3" w16cid:durableId="267736599">
    <w:abstractNumId w:val="5"/>
  </w:num>
  <w:num w:numId="4" w16cid:durableId="994798603">
    <w:abstractNumId w:val="4"/>
  </w:num>
  <w:num w:numId="5" w16cid:durableId="1110785552">
    <w:abstractNumId w:val="7"/>
  </w:num>
  <w:num w:numId="6" w16cid:durableId="371997450">
    <w:abstractNumId w:val="3"/>
  </w:num>
  <w:num w:numId="7" w16cid:durableId="531917225">
    <w:abstractNumId w:val="2"/>
  </w:num>
  <w:num w:numId="8" w16cid:durableId="1266962245">
    <w:abstractNumId w:val="1"/>
  </w:num>
  <w:num w:numId="9" w16cid:durableId="247732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275"/>
  <w:drawingGridVerticalSpacing w:val="21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456A"/>
    <w:rsid w:val="0006063C"/>
    <w:rsid w:val="0008414F"/>
    <w:rsid w:val="000B3CA4"/>
    <w:rsid w:val="000C39AB"/>
    <w:rsid w:val="000F2183"/>
    <w:rsid w:val="0015074B"/>
    <w:rsid w:val="001649D6"/>
    <w:rsid w:val="00171A11"/>
    <w:rsid w:val="00276435"/>
    <w:rsid w:val="0029639D"/>
    <w:rsid w:val="00326F90"/>
    <w:rsid w:val="00366A17"/>
    <w:rsid w:val="00477BC0"/>
    <w:rsid w:val="005162AC"/>
    <w:rsid w:val="00562678"/>
    <w:rsid w:val="0059462F"/>
    <w:rsid w:val="005D5F2D"/>
    <w:rsid w:val="005E4812"/>
    <w:rsid w:val="006064A0"/>
    <w:rsid w:val="00634A25"/>
    <w:rsid w:val="007863F4"/>
    <w:rsid w:val="007A28D8"/>
    <w:rsid w:val="007F02D0"/>
    <w:rsid w:val="00821AAA"/>
    <w:rsid w:val="0082253E"/>
    <w:rsid w:val="00880923"/>
    <w:rsid w:val="00A039BF"/>
    <w:rsid w:val="00A27BEB"/>
    <w:rsid w:val="00AA1D8D"/>
    <w:rsid w:val="00B142E1"/>
    <w:rsid w:val="00B3089D"/>
    <w:rsid w:val="00B4114A"/>
    <w:rsid w:val="00B47730"/>
    <w:rsid w:val="00C61605"/>
    <w:rsid w:val="00CB0664"/>
    <w:rsid w:val="00CB73F1"/>
    <w:rsid w:val="00DD3CED"/>
    <w:rsid w:val="00DE09CE"/>
    <w:rsid w:val="00EF44AD"/>
    <w:rsid w:val="00F76355"/>
    <w:rsid w:val="00FC693F"/>
    <w:rsid w:val="00FF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E098B3"/>
  <w14:defaultImageDpi w14:val="300"/>
  <w15:docId w15:val="{A71CB905-4114-4C56-A7D5-84681204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ＭＳ 明朝" w:eastAsia="ＭＳ 明朝" w:hAnsi="ＭＳ 明朝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431</Words>
  <Characters>432</Characters>
  <Application>Microsoft Office Word</Application>
  <DocSecurity>0</DocSecurity>
  <Lines>30</Lines>
  <Paragraphs>30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学 奥山</cp:lastModifiedBy>
  <cp:revision>10</cp:revision>
  <dcterms:created xsi:type="dcterms:W3CDTF">2026-03-16T23:47:00Z</dcterms:created>
  <dcterms:modified xsi:type="dcterms:W3CDTF">2026-03-17T08:40:00Z</dcterms:modified>
</cp:coreProperties>
</file>