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A6DBB7" w14:textId="11BBE5FA" w:rsidR="005869C7" w:rsidRDefault="005869C7" w:rsidP="005869C7">
      <w:pPr>
        <w:adjustRightInd w:val="0"/>
        <w:snapToGrid w:val="0"/>
        <w:spacing w:after="0"/>
        <w:rPr>
          <w:sz w:val="24"/>
          <w:szCs w:val="24"/>
          <w:lang w:eastAsia="ja-JP"/>
        </w:rPr>
      </w:pPr>
      <w:r w:rsidRPr="005869C7">
        <w:rPr>
          <w:rFonts w:hint="eastAsia"/>
          <w:sz w:val="24"/>
          <w:szCs w:val="24"/>
          <w:lang w:eastAsia="ja-JP"/>
        </w:rPr>
        <w:t>様式第</w:t>
      </w:r>
      <w:r w:rsidR="003E3CD7">
        <w:rPr>
          <w:rFonts w:hint="eastAsia"/>
          <w:sz w:val="24"/>
          <w:szCs w:val="24"/>
          <w:lang w:eastAsia="ja-JP"/>
        </w:rPr>
        <w:t>５</w:t>
      </w:r>
      <w:r>
        <w:rPr>
          <w:rFonts w:hint="eastAsia"/>
          <w:sz w:val="24"/>
          <w:szCs w:val="24"/>
          <w:lang w:eastAsia="ja-JP"/>
        </w:rPr>
        <w:t>号（第８条関係）</w:t>
      </w:r>
    </w:p>
    <w:p w14:paraId="176C527F" w14:textId="77777777" w:rsidR="005869C7" w:rsidRPr="005869C7" w:rsidRDefault="005869C7" w:rsidP="005869C7">
      <w:pPr>
        <w:adjustRightInd w:val="0"/>
        <w:snapToGrid w:val="0"/>
        <w:spacing w:after="0"/>
        <w:rPr>
          <w:sz w:val="24"/>
          <w:szCs w:val="24"/>
          <w:lang w:eastAsia="ja-JP"/>
        </w:rPr>
      </w:pPr>
    </w:p>
    <w:p w14:paraId="5684B2A8" w14:textId="77777777" w:rsidR="000E10D9" w:rsidRPr="005869C7" w:rsidRDefault="008D2A2B" w:rsidP="0048254B">
      <w:pPr>
        <w:adjustRightInd w:val="0"/>
        <w:snapToGrid w:val="0"/>
        <w:spacing w:after="0"/>
        <w:jc w:val="center"/>
        <w:rPr>
          <w:sz w:val="24"/>
          <w:szCs w:val="24"/>
          <w:lang w:eastAsia="ja-JP"/>
        </w:rPr>
      </w:pPr>
      <w:r w:rsidRPr="005869C7">
        <w:rPr>
          <w:b/>
          <w:sz w:val="24"/>
          <w:szCs w:val="24"/>
          <w:lang w:eastAsia="ja-JP"/>
        </w:rPr>
        <w:t>研究への参加に関するお知らせ（オプトアウト）</w:t>
      </w:r>
    </w:p>
    <w:p w14:paraId="3BC6C554" w14:textId="77777777" w:rsidR="000E10D9" w:rsidRPr="005869C7" w:rsidRDefault="000E10D9" w:rsidP="0048254B">
      <w:pPr>
        <w:adjustRightInd w:val="0"/>
        <w:snapToGrid w:val="0"/>
        <w:spacing w:after="0"/>
        <w:rPr>
          <w:sz w:val="24"/>
          <w:szCs w:val="24"/>
          <w:lang w:eastAsia="ja-JP"/>
        </w:rPr>
      </w:pPr>
    </w:p>
    <w:p w14:paraId="42F7F83F" w14:textId="77777777" w:rsidR="0003365F" w:rsidRPr="0003365F" w:rsidRDefault="0003365F" w:rsidP="0003365F">
      <w:pPr>
        <w:adjustRightInd w:val="0"/>
        <w:snapToGrid w:val="0"/>
        <w:spacing w:after="0"/>
        <w:ind w:firstLineChars="100" w:firstLine="247"/>
        <w:rPr>
          <w:color w:val="4F81BD" w:themeColor="accent1"/>
          <w:sz w:val="24"/>
          <w:szCs w:val="24"/>
          <w:lang w:eastAsia="ja-JP"/>
        </w:rPr>
      </w:pPr>
      <w:r w:rsidRPr="0003365F">
        <w:rPr>
          <w:color w:val="4F81BD" w:themeColor="accent1"/>
          <w:sz w:val="24"/>
          <w:szCs w:val="24"/>
          <w:lang w:eastAsia="ja-JP"/>
        </w:rPr>
        <w:t>○○消防本部では、秋田県ＭＣ協議会研究倫理審査委員会の承認を受けて、以下の研究を実施しています。</w:t>
      </w:r>
    </w:p>
    <w:p w14:paraId="3DFB6E57" w14:textId="77777777" w:rsidR="0003365F" w:rsidRPr="0003365F" w:rsidRDefault="0003365F" w:rsidP="0003365F">
      <w:pPr>
        <w:adjustRightInd w:val="0"/>
        <w:snapToGrid w:val="0"/>
        <w:spacing w:after="0"/>
        <w:rPr>
          <w:color w:val="4F81BD" w:themeColor="accent1"/>
          <w:sz w:val="24"/>
          <w:szCs w:val="24"/>
          <w:lang w:eastAsia="ja-JP"/>
        </w:rPr>
      </w:pPr>
      <w:r w:rsidRPr="0003365F">
        <w:rPr>
          <w:color w:val="4F81BD" w:themeColor="accent1"/>
          <w:sz w:val="24"/>
          <w:szCs w:val="24"/>
          <w:lang w:eastAsia="ja-JP"/>
        </w:rPr>
        <w:t>この研究は、救急車が出動した際に救急隊員が作成した記録や、搬送後の経過を病院から確認して作成した書類を使って行うものです。研究のために、対象となる方に新たに何かをお願いすることや、診察・処置を行うことは一切ありません。すでにある記録を振り返って分析するだけですので、皆さまの日常生活や救急対応に影響が生じることはありません。</w:t>
      </w:r>
    </w:p>
    <w:p w14:paraId="71C4D732" w14:textId="77777777" w:rsidR="0003365F" w:rsidRPr="0003365F" w:rsidRDefault="0003365F" w:rsidP="0003365F">
      <w:pPr>
        <w:adjustRightInd w:val="0"/>
        <w:snapToGrid w:val="0"/>
        <w:spacing w:after="0"/>
        <w:rPr>
          <w:color w:val="4F81BD" w:themeColor="accent1"/>
          <w:sz w:val="24"/>
          <w:szCs w:val="24"/>
          <w:lang w:eastAsia="ja-JP"/>
        </w:rPr>
      </w:pPr>
      <w:r w:rsidRPr="0003365F">
        <w:rPr>
          <w:color w:val="4F81BD" w:themeColor="accent1"/>
          <w:sz w:val="24"/>
          <w:szCs w:val="24"/>
          <w:lang w:eastAsia="ja-JP"/>
        </w:rPr>
        <w:t>この研究の対象となる方は、ご自身の情報が研究に使われることを断ることができます。断った場合でも、その後の救急対応などで不利益を受けることは一切ありません。お申し出の方法は「10　本研究への参加を希望されない場合」をご覧ください。</w:t>
      </w:r>
    </w:p>
    <w:p w14:paraId="47F0465B" w14:textId="77777777" w:rsidR="0048254B" w:rsidRPr="0003365F" w:rsidRDefault="0048254B" w:rsidP="0048254B">
      <w:pPr>
        <w:adjustRightInd w:val="0"/>
        <w:snapToGrid w:val="0"/>
        <w:spacing w:after="0"/>
        <w:rPr>
          <w:sz w:val="24"/>
          <w:szCs w:val="24"/>
          <w:lang w:eastAsia="ja-JP"/>
        </w:rPr>
      </w:pPr>
    </w:p>
    <w:p w14:paraId="5FE1FB1D" w14:textId="6FD2D2FE" w:rsidR="000E10D9" w:rsidRPr="005869C7" w:rsidRDefault="005869C7" w:rsidP="0048254B">
      <w:pPr>
        <w:adjustRightInd w:val="0"/>
        <w:snapToGrid w:val="0"/>
        <w:spacing w:after="0"/>
        <w:rPr>
          <w:sz w:val="24"/>
          <w:szCs w:val="24"/>
          <w:lang w:eastAsia="ja-JP"/>
        </w:rPr>
      </w:pPr>
      <w:r>
        <w:rPr>
          <w:rFonts w:hint="eastAsia"/>
          <w:b/>
          <w:sz w:val="24"/>
          <w:szCs w:val="24"/>
          <w:lang w:eastAsia="ja-JP"/>
        </w:rPr>
        <w:t xml:space="preserve">１　</w:t>
      </w:r>
      <w:r w:rsidR="008D2A2B" w:rsidRPr="005869C7">
        <w:rPr>
          <w:b/>
          <w:sz w:val="24"/>
          <w:szCs w:val="24"/>
          <w:lang w:eastAsia="ja-JP"/>
        </w:rPr>
        <w:t>研究課題名</w:t>
      </w:r>
    </w:p>
    <w:p w14:paraId="7B6B6F4F" w14:textId="77777777" w:rsidR="000E10D9" w:rsidRPr="005869C7" w:rsidRDefault="008D2A2B" w:rsidP="005869C7">
      <w:pPr>
        <w:adjustRightInd w:val="0"/>
        <w:snapToGrid w:val="0"/>
        <w:spacing w:after="0"/>
        <w:ind w:firstLineChars="200" w:firstLine="493"/>
        <w:rPr>
          <w:sz w:val="24"/>
          <w:szCs w:val="24"/>
          <w:lang w:eastAsia="ja-JP"/>
        </w:rPr>
      </w:pPr>
      <w:r w:rsidRPr="005869C7">
        <w:rPr>
          <w:sz w:val="24"/>
          <w:szCs w:val="24"/>
          <w:lang w:eastAsia="ja-JP"/>
        </w:rPr>
        <w:t>（　　　　　　　　　　　　　　　　）</w:t>
      </w:r>
    </w:p>
    <w:p w14:paraId="7AB3B4EC" w14:textId="77777777" w:rsidR="0048254B" w:rsidRPr="005869C7" w:rsidRDefault="0048254B" w:rsidP="0048254B">
      <w:pPr>
        <w:adjustRightInd w:val="0"/>
        <w:snapToGrid w:val="0"/>
        <w:spacing w:after="0"/>
        <w:rPr>
          <w:sz w:val="24"/>
          <w:szCs w:val="24"/>
          <w:lang w:eastAsia="ja-JP"/>
        </w:rPr>
      </w:pPr>
    </w:p>
    <w:p w14:paraId="4AEB6830" w14:textId="3029D13E" w:rsidR="000E10D9" w:rsidRPr="005869C7" w:rsidRDefault="005869C7" w:rsidP="0048254B">
      <w:pPr>
        <w:adjustRightInd w:val="0"/>
        <w:snapToGrid w:val="0"/>
        <w:spacing w:after="0"/>
        <w:rPr>
          <w:sz w:val="24"/>
          <w:szCs w:val="24"/>
          <w:lang w:eastAsia="ja-JP"/>
        </w:rPr>
      </w:pPr>
      <w:r>
        <w:rPr>
          <w:rFonts w:hint="eastAsia"/>
          <w:b/>
          <w:sz w:val="24"/>
          <w:szCs w:val="24"/>
          <w:lang w:eastAsia="ja-JP"/>
        </w:rPr>
        <w:t xml:space="preserve">２　</w:t>
      </w:r>
      <w:r w:rsidR="008D2A2B" w:rsidRPr="005869C7">
        <w:rPr>
          <w:b/>
          <w:sz w:val="24"/>
          <w:szCs w:val="24"/>
          <w:lang w:eastAsia="ja-JP"/>
        </w:rPr>
        <w:t>研究の目的</w:t>
      </w:r>
    </w:p>
    <w:p w14:paraId="4408E8B5" w14:textId="77777777" w:rsidR="000E10D9" w:rsidRPr="005869C7" w:rsidRDefault="008D2A2B" w:rsidP="005869C7">
      <w:pPr>
        <w:adjustRightInd w:val="0"/>
        <w:snapToGrid w:val="0"/>
        <w:spacing w:after="0"/>
        <w:ind w:firstLineChars="200" w:firstLine="493"/>
        <w:rPr>
          <w:sz w:val="24"/>
          <w:szCs w:val="24"/>
          <w:lang w:eastAsia="ja-JP"/>
        </w:rPr>
      </w:pPr>
      <w:r w:rsidRPr="005869C7">
        <w:rPr>
          <w:sz w:val="24"/>
          <w:szCs w:val="24"/>
          <w:lang w:eastAsia="ja-JP"/>
        </w:rPr>
        <w:t>本研究は、（研究目的を簡潔に記載する）。</w:t>
      </w:r>
    </w:p>
    <w:p w14:paraId="76DC8DE1" w14:textId="77777777" w:rsidR="0048254B" w:rsidRPr="005869C7" w:rsidRDefault="0048254B" w:rsidP="0048254B">
      <w:pPr>
        <w:adjustRightInd w:val="0"/>
        <w:snapToGrid w:val="0"/>
        <w:spacing w:after="0"/>
        <w:rPr>
          <w:sz w:val="24"/>
          <w:szCs w:val="24"/>
          <w:lang w:eastAsia="ja-JP"/>
        </w:rPr>
      </w:pPr>
    </w:p>
    <w:p w14:paraId="24D4377B" w14:textId="578F31C3" w:rsidR="000E10D9" w:rsidRPr="005869C7" w:rsidRDefault="005869C7" w:rsidP="0048254B">
      <w:pPr>
        <w:adjustRightInd w:val="0"/>
        <w:snapToGrid w:val="0"/>
        <w:spacing w:after="0"/>
        <w:rPr>
          <w:sz w:val="24"/>
          <w:szCs w:val="24"/>
          <w:lang w:eastAsia="ja-JP"/>
        </w:rPr>
      </w:pPr>
      <w:r>
        <w:rPr>
          <w:rFonts w:hint="eastAsia"/>
          <w:b/>
          <w:sz w:val="24"/>
          <w:szCs w:val="24"/>
          <w:lang w:eastAsia="ja-JP"/>
        </w:rPr>
        <w:t xml:space="preserve">３　</w:t>
      </w:r>
      <w:r w:rsidR="008D2A2B" w:rsidRPr="005869C7">
        <w:rPr>
          <w:b/>
          <w:sz w:val="24"/>
          <w:szCs w:val="24"/>
          <w:lang w:eastAsia="ja-JP"/>
        </w:rPr>
        <w:t>研究の方法</w:t>
      </w:r>
    </w:p>
    <w:p w14:paraId="01D1508F" w14:textId="42554C51" w:rsidR="002A3FDA" w:rsidRPr="0003365F" w:rsidRDefault="00B14ED7" w:rsidP="00270991">
      <w:pPr>
        <w:adjustRightInd w:val="0"/>
        <w:snapToGrid w:val="0"/>
        <w:spacing w:after="0"/>
        <w:ind w:leftChars="125" w:left="283" w:firstLineChars="100" w:firstLine="247"/>
        <w:jc w:val="both"/>
        <w:rPr>
          <w:rFonts w:hint="eastAsia"/>
          <w:color w:val="4F81BD" w:themeColor="accent1"/>
          <w:sz w:val="24"/>
          <w:szCs w:val="24"/>
          <w:lang w:eastAsia="ja-JP"/>
        </w:rPr>
      </w:pPr>
      <w:r w:rsidRPr="0003365F">
        <w:rPr>
          <w:color w:val="4F81BD" w:themeColor="accent1"/>
          <w:sz w:val="24"/>
          <w:szCs w:val="24"/>
          <w:lang w:eastAsia="ja-JP"/>
        </w:rPr>
        <w:t>この研究では、救急車が出動した際に救急隊員が作成する記録（救急活動記録票）と、その後の経過を病院から確認して記録した書類（検証票）を使用します。これらはすでに作成されている記録であり、研究のために新たに何かをお願いすることは一切ありません。集めた情報は、数字や統計としてまとめて分析します。</w:t>
      </w:r>
    </w:p>
    <w:p w14:paraId="440A45B6" w14:textId="77777777" w:rsidR="0048254B" w:rsidRPr="005869C7" w:rsidRDefault="0048254B" w:rsidP="0048254B">
      <w:pPr>
        <w:adjustRightInd w:val="0"/>
        <w:snapToGrid w:val="0"/>
        <w:spacing w:after="0"/>
        <w:rPr>
          <w:sz w:val="24"/>
          <w:szCs w:val="24"/>
          <w:lang w:eastAsia="ja-JP"/>
        </w:rPr>
      </w:pPr>
    </w:p>
    <w:p w14:paraId="362F6DFB" w14:textId="685295BA" w:rsidR="000E10D9" w:rsidRPr="005869C7" w:rsidRDefault="005869C7" w:rsidP="0048254B">
      <w:pPr>
        <w:adjustRightInd w:val="0"/>
        <w:snapToGrid w:val="0"/>
        <w:spacing w:after="0"/>
        <w:rPr>
          <w:sz w:val="24"/>
          <w:szCs w:val="24"/>
          <w:lang w:eastAsia="ja-JP"/>
        </w:rPr>
      </w:pPr>
      <w:r>
        <w:rPr>
          <w:rFonts w:hint="eastAsia"/>
          <w:b/>
          <w:sz w:val="24"/>
          <w:szCs w:val="24"/>
          <w:lang w:eastAsia="ja-JP"/>
        </w:rPr>
        <w:t xml:space="preserve">４　</w:t>
      </w:r>
      <w:r w:rsidR="008D2A2B" w:rsidRPr="005869C7">
        <w:rPr>
          <w:b/>
          <w:sz w:val="24"/>
          <w:szCs w:val="24"/>
          <w:lang w:eastAsia="ja-JP"/>
        </w:rPr>
        <w:t>研究対象となる方</w:t>
      </w:r>
    </w:p>
    <w:p w14:paraId="549AF858" w14:textId="471635DD" w:rsidR="000E10D9" w:rsidRPr="006C5E39" w:rsidRDefault="006C5E39" w:rsidP="006C5E39">
      <w:pPr>
        <w:adjustRightInd w:val="0"/>
        <w:snapToGrid w:val="0"/>
        <w:spacing w:after="0"/>
        <w:ind w:firstLineChars="200" w:firstLine="493"/>
        <w:rPr>
          <w:sz w:val="24"/>
          <w:szCs w:val="24"/>
          <w:lang w:eastAsia="ja-JP"/>
        </w:rPr>
      </w:pPr>
      <w:r w:rsidRPr="006C5E39">
        <w:rPr>
          <w:sz w:val="24"/>
          <w:szCs w:val="24"/>
          <w:lang w:eastAsia="ja-JP"/>
        </w:rPr>
        <w:t>（対象となる期間・研究対象者等を記載）</w:t>
      </w:r>
    </w:p>
    <w:p w14:paraId="6729B227" w14:textId="77777777" w:rsidR="0048254B" w:rsidRPr="005869C7" w:rsidRDefault="0048254B" w:rsidP="0048254B">
      <w:pPr>
        <w:adjustRightInd w:val="0"/>
        <w:snapToGrid w:val="0"/>
        <w:spacing w:after="0"/>
        <w:rPr>
          <w:sz w:val="24"/>
          <w:szCs w:val="24"/>
          <w:lang w:eastAsia="ja-JP"/>
        </w:rPr>
      </w:pPr>
    </w:p>
    <w:p w14:paraId="583630B8" w14:textId="14129355" w:rsidR="000E10D9" w:rsidRPr="005869C7" w:rsidRDefault="005869C7" w:rsidP="0048254B">
      <w:pPr>
        <w:adjustRightInd w:val="0"/>
        <w:snapToGrid w:val="0"/>
        <w:spacing w:after="0"/>
        <w:rPr>
          <w:sz w:val="24"/>
          <w:szCs w:val="24"/>
          <w:lang w:eastAsia="ja-JP"/>
        </w:rPr>
      </w:pPr>
      <w:r>
        <w:rPr>
          <w:rFonts w:hint="eastAsia"/>
          <w:b/>
          <w:sz w:val="24"/>
          <w:szCs w:val="24"/>
          <w:lang w:eastAsia="ja-JP"/>
        </w:rPr>
        <w:t xml:space="preserve">５　</w:t>
      </w:r>
      <w:r w:rsidR="008D2A2B" w:rsidRPr="005869C7">
        <w:rPr>
          <w:b/>
          <w:sz w:val="24"/>
          <w:szCs w:val="24"/>
          <w:lang w:eastAsia="ja-JP"/>
        </w:rPr>
        <w:t>使用する情報</w:t>
      </w:r>
    </w:p>
    <w:p w14:paraId="31F7DA23" w14:textId="30430323" w:rsidR="000E10D9" w:rsidRPr="00191F1D" w:rsidRDefault="00A558C2" w:rsidP="005869C7">
      <w:pPr>
        <w:adjustRightInd w:val="0"/>
        <w:snapToGrid w:val="0"/>
        <w:spacing w:after="0"/>
        <w:ind w:firstLineChars="200" w:firstLine="493"/>
        <w:rPr>
          <w:sz w:val="24"/>
          <w:szCs w:val="24"/>
          <w:lang w:eastAsia="ja-JP"/>
        </w:rPr>
      </w:pPr>
      <w:r w:rsidRPr="005869C7">
        <w:rPr>
          <w:rFonts w:hint="eastAsia"/>
          <w:sz w:val="24"/>
          <w:szCs w:val="24"/>
          <w:lang w:eastAsia="ja-JP"/>
        </w:rPr>
        <w:t>（</w:t>
      </w:r>
      <w:r w:rsidR="008D2A2B" w:rsidRPr="005869C7">
        <w:rPr>
          <w:sz w:val="24"/>
          <w:szCs w:val="24"/>
          <w:lang w:eastAsia="ja-JP"/>
        </w:rPr>
        <w:t>救急活動記録</w:t>
      </w:r>
      <w:r w:rsidR="00D064B5" w:rsidRPr="005869C7">
        <w:rPr>
          <w:rFonts w:hint="eastAsia"/>
          <w:sz w:val="24"/>
          <w:szCs w:val="24"/>
          <w:lang w:eastAsia="ja-JP"/>
        </w:rPr>
        <w:t>、</w:t>
      </w:r>
      <w:r w:rsidR="008D2A2B" w:rsidRPr="005869C7">
        <w:rPr>
          <w:sz w:val="24"/>
          <w:szCs w:val="24"/>
          <w:lang w:eastAsia="ja-JP"/>
        </w:rPr>
        <w:t>搬送時間</w:t>
      </w:r>
      <w:r w:rsidR="00D064B5" w:rsidRPr="005869C7">
        <w:rPr>
          <w:rFonts w:hint="eastAsia"/>
          <w:sz w:val="24"/>
          <w:szCs w:val="24"/>
          <w:lang w:eastAsia="ja-JP"/>
        </w:rPr>
        <w:t>、</w:t>
      </w:r>
      <w:r w:rsidR="008D2A2B" w:rsidRPr="005869C7">
        <w:rPr>
          <w:sz w:val="24"/>
          <w:szCs w:val="24"/>
          <w:lang w:eastAsia="ja-JP"/>
        </w:rPr>
        <w:t>バイタルサイン 等</w:t>
      </w:r>
      <w:r w:rsidRPr="005869C7">
        <w:rPr>
          <w:rFonts w:hint="eastAsia"/>
          <w:sz w:val="24"/>
          <w:szCs w:val="24"/>
          <w:lang w:eastAsia="ja-JP"/>
        </w:rPr>
        <w:t>）</w:t>
      </w:r>
    </w:p>
    <w:p w14:paraId="4E47E071" w14:textId="77777777" w:rsidR="0048254B" w:rsidRPr="005869C7" w:rsidRDefault="0048254B" w:rsidP="0048254B">
      <w:pPr>
        <w:adjustRightInd w:val="0"/>
        <w:snapToGrid w:val="0"/>
        <w:spacing w:after="0"/>
        <w:rPr>
          <w:sz w:val="24"/>
          <w:szCs w:val="24"/>
          <w:lang w:eastAsia="ja-JP"/>
        </w:rPr>
      </w:pPr>
    </w:p>
    <w:p w14:paraId="0C783BA6" w14:textId="14212C08" w:rsidR="000E10D9" w:rsidRPr="005869C7" w:rsidRDefault="005869C7" w:rsidP="0048254B">
      <w:pPr>
        <w:adjustRightInd w:val="0"/>
        <w:snapToGrid w:val="0"/>
        <w:spacing w:after="0"/>
        <w:rPr>
          <w:sz w:val="24"/>
          <w:szCs w:val="24"/>
          <w:lang w:eastAsia="ja-JP"/>
        </w:rPr>
      </w:pPr>
      <w:r>
        <w:rPr>
          <w:rFonts w:hint="eastAsia"/>
          <w:b/>
          <w:sz w:val="24"/>
          <w:szCs w:val="24"/>
          <w:lang w:eastAsia="ja-JP"/>
        </w:rPr>
        <w:t xml:space="preserve">６　</w:t>
      </w:r>
      <w:r w:rsidR="008D2A2B" w:rsidRPr="005869C7">
        <w:rPr>
          <w:b/>
          <w:sz w:val="24"/>
          <w:szCs w:val="24"/>
          <w:lang w:eastAsia="ja-JP"/>
        </w:rPr>
        <w:t>個人情報の取扱い</w:t>
      </w:r>
    </w:p>
    <w:p w14:paraId="7B94F4FE" w14:textId="769C963B" w:rsidR="000E10D9" w:rsidRPr="0003365F" w:rsidRDefault="00E50CAA" w:rsidP="00EB1F4C">
      <w:pPr>
        <w:adjustRightInd w:val="0"/>
        <w:snapToGrid w:val="0"/>
        <w:spacing w:after="0"/>
        <w:ind w:leftChars="125" w:left="283" w:firstLineChars="100" w:firstLine="247"/>
        <w:jc w:val="both"/>
        <w:rPr>
          <w:rFonts w:hint="eastAsia"/>
          <w:color w:val="4F81BD" w:themeColor="accent1"/>
          <w:sz w:val="24"/>
          <w:szCs w:val="24"/>
          <w:lang w:eastAsia="ja-JP"/>
        </w:rPr>
      </w:pPr>
      <w:r w:rsidRPr="0003365F">
        <w:rPr>
          <w:color w:val="4F81BD" w:themeColor="accent1"/>
          <w:sz w:val="24"/>
          <w:szCs w:val="24"/>
          <w:lang w:eastAsia="ja-JP"/>
        </w:rPr>
        <w:t>お名前や住所など、個人が特定できる情報は研究データから取り除き、代わりに番号を付けて管理します。番号とお名前などを結びつける対応表は、研究責任者が鍵のかかる場所に研究データとは別に厳重に保管し、解析を担当する</w:t>
      </w:r>
      <w:r w:rsidRPr="0003365F">
        <w:rPr>
          <w:color w:val="4F81BD" w:themeColor="accent1"/>
          <w:sz w:val="24"/>
          <w:szCs w:val="24"/>
          <w:lang w:eastAsia="ja-JP"/>
        </w:rPr>
        <w:lastRenderedPageBreak/>
        <w:t>者は見ることができません。研究が終わった後は、この対応表を適切な時期に廃棄します。取得した情報はこの研究以外の目的には使用しません。</w:t>
      </w:r>
    </w:p>
    <w:p w14:paraId="05DEB742" w14:textId="77777777" w:rsidR="0048254B" w:rsidRPr="0003365F" w:rsidRDefault="0048254B" w:rsidP="0048254B">
      <w:pPr>
        <w:adjustRightInd w:val="0"/>
        <w:snapToGrid w:val="0"/>
        <w:spacing w:after="0"/>
        <w:rPr>
          <w:color w:val="4F81BD" w:themeColor="accent1"/>
          <w:sz w:val="24"/>
          <w:szCs w:val="24"/>
          <w:lang w:eastAsia="ja-JP"/>
        </w:rPr>
      </w:pPr>
    </w:p>
    <w:p w14:paraId="1C879C20" w14:textId="596DA278" w:rsidR="000E10D9" w:rsidRPr="005869C7" w:rsidRDefault="005869C7" w:rsidP="0048254B">
      <w:pPr>
        <w:adjustRightInd w:val="0"/>
        <w:snapToGrid w:val="0"/>
        <w:spacing w:after="0"/>
        <w:rPr>
          <w:sz w:val="24"/>
          <w:szCs w:val="24"/>
        </w:rPr>
      </w:pPr>
      <w:r>
        <w:rPr>
          <w:rFonts w:hint="eastAsia"/>
          <w:b/>
          <w:sz w:val="24"/>
          <w:szCs w:val="24"/>
          <w:lang w:eastAsia="ja-JP"/>
        </w:rPr>
        <w:t xml:space="preserve">７　</w:t>
      </w:r>
      <w:proofErr w:type="spellStart"/>
      <w:r w:rsidR="008D2A2B" w:rsidRPr="005869C7">
        <w:rPr>
          <w:b/>
          <w:sz w:val="24"/>
          <w:szCs w:val="24"/>
        </w:rPr>
        <w:t>研究期間</w:t>
      </w:r>
      <w:proofErr w:type="spellEnd"/>
    </w:p>
    <w:p w14:paraId="197D482D" w14:textId="1AE60599" w:rsidR="000E10D9" w:rsidRPr="005869C7" w:rsidRDefault="0048254B" w:rsidP="005869C7">
      <w:pPr>
        <w:adjustRightInd w:val="0"/>
        <w:snapToGrid w:val="0"/>
        <w:spacing w:after="0"/>
        <w:ind w:firstLineChars="200" w:firstLine="493"/>
        <w:rPr>
          <w:sz w:val="24"/>
          <w:szCs w:val="24"/>
          <w:lang w:eastAsia="ja-JP"/>
        </w:rPr>
      </w:pPr>
      <w:proofErr w:type="spellStart"/>
      <w:r w:rsidRPr="005869C7">
        <w:rPr>
          <w:sz w:val="24"/>
          <w:szCs w:val="24"/>
        </w:rPr>
        <w:t>西暦</w:t>
      </w:r>
      <w:proofErr w:type="spellEnd"/>
      <w:r w:rsidRPr="005869C7">
        <w:rPr>
          <w:sz w:val="24"/>
          <w:szCs w:val="24"/>
        </w:rPr>
        <w:t xml:space="preserve">　　　</w:t>
      </w:r>
      <w:proofErr w:type="gramStart"/>
      <w:r w:rsidRPr="005869C7">
        <w:rPr>
          <w:sz w:val="24"/>
          <w:szCs w:val="24"/>
        </w:rPr>
        <w:t>年　　月</w:t>
      </w:r>
      <w:proofErr w:type="gramEnd"/>
      <w:r w:rsidRPr="005869C7">
        <w:rPr>
          <w:sz w:val="24"/>
          <w:szCs w:val="24"/>
        </w:rPr>
        <w:t xml:space="preserve">　　日</w:t>
      </w:r>
      <w:r w:rsidR="008D2A2B" w:rsidRPr="005869C7">
        <w:rPr>
          <w:sz w:val="24"/>
          <w:szCs w:val="24"/>
        </w:rPr>
        <w:t xml:space="preserve">　～　</w:t>
      </w:r>
      <w:proofErr w:type="spellStart"/>
      <w:r w:rsidR="008D2A2B" w:rsidRPr="005869C7">
        <w:rPr>
          <w:sz w:val="24"/>
          <w:szCs w:val="24"/>
        </w:rPr>
        <w:t>西暦</w:t>
      </w:r>
      <w:proofErr w:type="spellEnd"/>
      <w:r w:rsidR="008D2A2B" w:rsidRPr="005869C7">
        <w:rPr>
          <w:sz w:val="24"/>
          <w:szCs w:val="24"/>
        </w:rPr>
        <w:t xml:space="preserve">　　　</w:t>
      </w:r>
      <w:proofErr w:type="gramStart"/>
      <w:r w:rsidR="008D2A2B" w:rsidRPr="005869C7">
        <w:rPr>
          <w:sz w:val="24"/>
          <w:szCs w:val="24"/>
        </w:rPr>
        <w:t>年　　月</w:t>
      </w:r>
      <w:proofErr w:type="gramEnd"/>
      <w:r w:rsidR="008D2A2B" w:rsidRPr="005869C7">
        <w:rPr>
          <w:sz w:val="24"/>
          <w:szCs w:val="24"/>
        </w:rPr>
        <w:t xml:space="preserve">　　日</w:t>
      </w:r>
    </w:p>
    <w:p w14:paraId="376496F0" w14:textId="77777777" w:rsidR="00A558C2" w:rsidRDefault="00A558C2" w:rsidP="0048254B">
      <w:pPr>
        <w:adjustRightInd w:val="0"/>
        <w:snapToGrid w:val="0"/>
        <w:spacing w:after="0"/>
        <w:rPr>
          <w:sz w:val="24"/>
          <w:szCs w:val="24"/>
          <w:lang w:eastAsia="ja-JP"/>
        </w:rPr>
      </w:pPr>
    </w:p>
    <w:p w14:paraId="2E355579" w14:textId="77777777" w:rsidR="00A2405E" w:rsidRPr="005869C7" w:rsidRDefault="00A2405E" w:rsidP="0048254B">
      <w:pPr>
        <w:adjustRightInd w:val="0"/>
        <w:snapToGrid w:val="0"/>
        <w:spacing w:after="0"/>
        <w:rPr>
          <w:sz w:val="24"/>
          <w:szCs w:val="24"/>
          <w:lang w:eastAsia="ja-JP"/>
        </w:rPr>
      </w:pPr>
    </w:p>
    <w:p w14:paraId="7646A3F0" w14:textId="0F469F5E" w:rsidR="000E10D9" w:rsidRPr="005869C7" w:rsidRDefault="005869C7" w:rsidP="0048254B">
      <w:pPr>
        <w:adjustRightInd w:val="0"/>
        <w:snapToGrid w:val="0"/>
        <w:spacing w:after="0"/>
        <w:rPr>
          <w:sz w:val="24"/>
          <w:szCs w:val="24"/>
          <w:lang w:eastAsia="ja-JP"/>
        </w:rPr>
      </w:pPr>
      <w:r>
        <w:rPr>
          <w:rFonts w:hint="eastAsia"/>
          <w:b/>
          <w:sz w:val="24"/>
          <w:szCs w:val="24"/>
          <w:lang w:eastAsia="ja-JP"/>
        </w:rPr>
        <w:t xml:space="preserve">８　</w:t>
      </w:r>
      <w:r w:rsidR="008D2A2B" w:rsidRPr="005869C7">
        <w:rPr>
          <w:b/>
          <w:sz w:val="24"/>
          <w:szCs w:val="24"/>
          <w:lang w:eastAsia="ja-JP"/>
        </w:rPr>
        <w:t>研究成果の公表</w:t>
      </w:r>
    </w:p>
    <w:p w14:paraId="0F0C13DE" w14:textId="6DE97055" w:rsidR="000E10D9" w:rsidRPr="005869C7" w:rsidRDefault="008D2A2B" w:rsidP="005869C7">
      <w:pPr>
        <w:adjustRightInd w:val="0"/>
        <w:snapToGrid w:val="0"/>
        <w:spacing w:after="0"/>
        <w:ind w:leftChars="125" w:left="283" w:firstLineChars="100" w:firstLine="247"/>
        <w:jc w:val="both"/>
        <w:rPr>
          <w:sz w:val="24"/>
          <w:szCs w:val="24"/>
          <w:lang w:eastAsia="ja-JP"/>
        </w:rPr>
      </w:pPr>
      <w:r w:rsidRPr="005869C7">
        <w:rPr>
          <w:sz w:val="24"/>
          <w:szCs w:val="24"/>
          <w:lang w:eastAsia="ja-JP"/>
        </w:rPr>
        <w:t>研究成果は、学会発表や論文等として公表しますが、個人が特定されることはありません</w:t>
      </w:r>
      <w:r w:rsidR="0048254B" w:rsidRPr="005869C7">
        <w:rPr>
          <w:rFonts w:hint="eastAsia"/>
          <w:sz w:val="24"/>
          <w:szCs w:val="24"/>
          <w:lang w:eastAsia="ja-JP"/>
        </w:rPr>
        <w:t>。</w:t>
      </w:r>
    </w:p>
    <w:p w14:paraId="76AD7030" w14:textId="77777777" w:rsidR="0048254B" w:rsidRPr="005869C7" w:rsidRDefault="0048254B" w:rsidP="0048254B">
      <w:pPr>
        <w:adjustRightInd w:val="0"/>
        <w:snapToGrid w:val="0"/>
        <w:spacing w:after="0"/>
        <w:rPr>
          <w:sz w:val="24"/>
          <w:szCs w:val="24"/>
          <w:lang w:eastAsia="ja-JP"/>
        </w:rPr>
      </w:pPr>
    </w:p>
    <w:p w14:paraId="56359030" w14:textId="4CB15E66" w:rsidR="0048254B" w:rsidRPr="005869C7" w:rsidRDefault="005869C7" w:rsidP="0048254B">
      <w:pPr>
        <w:adjustRightInd w:val="0"/>
        <w:snapToGrid w:val="0"/>
        <w:spacing w:after="0"/>
        <w:rPr>
          <w:sz w:val="24"/>
          <w:szCs w:val="24"/>
          <w:lang w:eastAsia="ja-JP"/>
        </w:rPr>
      </w:pPr>
      <w:r>
        <w:rPr>
          <w:rFonts w:hint="eastAsia"/>
          <w:b/>
          <w:sz w:val="24"/>
          <w:szCs w:val="24"/>
          <w:lang w:eastAsia="ja-JP"/>
        </w:rPr>
        <w:t xml:space="preserve">９　</w:t>
      </w:r>
      <w:r w:rsidR="0048254B" w:rsidRPr="005869C7">
        <w:rPr>
          <w:b/>
          <w:sz w:val="24"/>
          <w:szCs w:val="24"/>
          <w:lang w:eastAsia="ja-JP"/>
        </w:rPr>
        <w:t>研究責任者</w:t>
      </w:r>
    </w:p>
    <w:p w14:paraId="1A88E47D" w14:textId="77777777" w:rsidR="0048254B" w:rsidRPr="005869C7" w:rsidRDefault="0048254B" w:rsidP="005869C7">
      <w:pPr>
        <w:adjustRightInd w:val="0"/>
        <w:snapToGrid w:val="0"/>
        <w:spacing w:after="0"/>
        <w:ind w:firstLineChars="200" w:firstLine="493"/>
        <w:rPr>
          <w:sz w:val="24"/>
          <w:szCs w:val="24"/>
          <w:lang w:eastAsia="ja-JP"/>
        </w:rPr>
      </w:pPr>
      <w:r w:rsidRPr="005869C7">
        <w:rPr>
          <w:sz w:val="24"/>
          <w:szCs w:val="24"/>
          <w:lang w:eastAsia="ja-JP"/>
        </w:rPr>
        <w:t xml:space="preserve">氏名：　　　　　　　　　　　</w:t>
      </w:r>
    </w:p>
    <w:p w14:paraId="5FE95881" w14:textId="793C54AA" w:rsidR="0048254B" w:rsidRPr="005869C7" w:rsidRDefault="0048254B" w:rsidP="005869C7">
      <w:pPr>
        <w:adjustRightInd w:val="0"/>
        <w:snapToGrid w:val="0"/>
        <w:spacing w:after="0"/>
        <w:ind w:firstLineChars="200" w:firstLine="493"/>
        <w:rPr>
          <w:sz w:val="24"/>
          <w:szCs w:val="24"/>
          <w:lang w:eastAsia="ja-JP"/>
        </w:rPr>
      </w:pPr>
      <w:r w:rsidRPr="005869C7">
        <w:rPr>
          <w:sz w:val="24"/>
          <w:szCs w:val="24"/>
          <w:lang w:eastAsia="ja-JP"/>
        </w:rPr>
        <w:t xml:space="preserve">所属：　　　　　　　　　　　</w:t>
      </w:r>
    </w:p>
    <w:p w14:paraId="10F9F9A9" w14:textId="77777777" w:rsidR="0048254B" w:rsidRPr="005869C7" w:rsidRDefault="0048254B" w:rsidP="0048254B">
      <w:pPr>
        <w:adjustRightInd w:val="0"/>
        <w:snapToGrid w:val="0"/>
        <w:spacing w:after="0"/>
        <w:rPr>
          <w:sz w:val="24"/>
          <w:szCs w:val="24"/>
          <w:lang w:eastAsia="ja-JP"/>
        </w:rPr>
      </w:pPr>
    </w:p>
    <w:p w14:paraId="3F0D0B7C" w14:textId="4740C9D2" w:rsidR="00145F57" w:rsidRPr="00804B71" w:rsidRDefault="005869C7" w:rsidP="00145F57">
      <w:pPr>
        <w:adjustRightInd w:val="0"/>
        <w:snapToGrid w:val="0"/>
        <w:spacing w:after="0"/>
        <w:ind w:leftChars="1" w:left="564" w:hangingChars="227" w:hanging="562"/>
        <w:rPr>
          <w:sz w:val="24"/>
          <w:szCs w:val="24"/>
          <w:lang w:eastAsia="ja-JP"/>
        </w:rPr>
      </w:pPr>
      <w:r>
        <w:rPr>
          <w:rFonts w:hint="eastAsia"/>
          <w:b/>
          <w:sz w:val="24"/>
          <w:szCs w:val="24"/>
          <w:lang w:eastAsia="ja-JP"/>
        </w:rPr>
        <w:t xml:space="preserve">10　</w:t>
      </w:r>
      <w:r w:rsidR="00145F57" w:rsidRPr="00804B71">
        <w:rPr>
          <w:b/>
          <w:bCs/>
          <w:sz w:val="24"/>
          <w:szCs w:val="24"/>
          <w:lang w:eastAsia="ja-JP"/>
        </w:rPr>
        <w:t>本研究への参加を希望されない場合（情報の使用を拒否する方法）</w:t>
      </w:r>
    </w:p>
    <w:p w14:paraId="4623D94A" w14:textId="3E38A584" w:rsidR="0067276C" w:rsidRPr="00804B71" w:rsidRDefault="002B11EC" w:rsidP="002569BE">
      <w:pPr>
        <w:adjustRightInd w:val="0"/>
        <w:snapToGrid w:val="0"/>
        <w:spacing w:after="0"/>
        <w:ind w:leftChars="187" w:left="424" w:firstLineChars="2" w:firstLine="5"/>
        <w:rPr>
          <w:sz w:val="24"/>
          <w:szCs w:val="24"/>
          <w:lang w:eastAsia="ja-JP"/>
        </w:rPr>
      </w:pPr>
      <w:r w:rsidRPr="00804B71">
        <w:rPr>
          <w:sz w:val="24"/>
          <w:szCs w:val="24"/>
          <w:lang w:eastAsia="ja-JP"/>
        </w:rPr>
        <w:t>本研究にご自身の情報が使用されることを望まれない場合は、</w:t>
      </w:r>
      <w:r w:rsidR="002569BE" w:rsidRPr="00804B71">
        <w:rPr>
          <w:sz w:val="24"/>
          <w:szCs w:val="24"/>
          <w:lang w:eastAsia="ja-JP"/>
        </w:rPr>
        <w:t>下記【お問い合わせ先】までご連絡ください</w:t>
      </w:r>
      <w:r w:rsidRPr="00804B71">
        <w:rPr>
          <w:sz w:val="24"/>
          <w:szCs w:val="24"/>
          <w:lang w:eastAsia="ja-JP"/>
        </w:rPr>
        <w:t>。お申し出をいただいた場合は、当該研究対象者の情報を研究データから除外します。</w:t>
      </w:r>
    </w:p>
    <w:p w14:paraId="14D532CD" w14:textId="762AFC11" w:rsidR="00145F57" w:rsidRPr="00804B71" w:rsidRDefault="00145F57" w:rsidP="0048254B">
      <w:pPr>
        <w:adjustRightInd w:val="0"/>
        <w:snapToGrid w:val="0"/>
        <w:spacing w:after="0"/>
        <w:rPr>
          <w:b/>
          <w:sz w:val="24"/>
          <w:szCs w:val="24"/>
          <w:lang w:eastAsia="ja-JP"/>
        </w:rPr>
      </w:pPr>
    </w:p>
    <w:p w14:paraId="60EC5FEE" w14:textId="40F6D9C4" w:rsidR="0048254B" w:rsidRPr="005869C7" w:rsidRDefault="0036157B" w:rsidP="0048254B">
      <w:pPr>
        <w:adjustRightInd w:val="0"/>
        <w:snapToGrid w:val="0"/>
        <w:spacing w:after="0"/>
        <w:rPr>
          <w:b/>
          <w:sz w:val="24"/>
          <w:szCs w:val="24"/>
          <w:lang w:eastAsia="ja-JP"/>
        </w:rPr>
      </w:pPr>
      <w:r>
        <w:rPr>
          <w:rFonts w:hint="eastAsia"/>
          <w:b/>
          <w:sz w:val="24"/>
          <w:szCs w:val="24"/>
          <w:lang w:eastAsia="ja-JP"/>
        </w:rPr>
        <w:t>11</w:t>
      </w:r>
      <w:r w:rsidR="00AA63B4">
        <w:rPr>
          <w:rFonts w:hint="eastAsia"/>
          <w:b/>
          <w:sz w:val="24"/>
          <w:szCs w:val="24"/>
          <w:lang w:eastAsia="ja-JP"/>
        </w:rPr>
        <w:t xml:space="preserve">　</w:t>
      </w:r>
      <w:r w:rsidR="008D2A2B" w:rsidRPr="005869C7">
        <w:rPr>
          <w:b/>
          <w:sz w:val="24"/>
          <w:szCs w:val="24"/>
          <w:lang w:eastAsia="ja-JP"/>
        </w:rPr>
        <w:t>お問い合わせ先</w:t>
      </w:r>
    </w:p>
    <w:p w14:paraId="1CF0DDA1" w14:textId="77777777" w:rsidR="005869C7" w:rsidRDefault="008D2A2B" w:rsidP="005869C7">
      <w:pPr>
        <w:adjustRightInd w:val="0"/>
        <w:snapToGrid w:val="0"/>
        <w:spacing w:after="0"/>
        <w:ind w:firstLineChars="200" w:firstLine="493"/>
        <w:rPr>
          <w:sz w:val="24"/>
          <w:szCs w:val="24"/>
          <w:lang w:eastAsia="ja-JP"/>
        </w:rPr>
      </w:pPr>
      <w:r w:rsidRPr="005869C7">
        <w:rPr>
          <w:sz w:val="24"/>
          <w:szCs w:val="24"/>
          <w:lang w:eastAsia="ja-JP"/>
        </w:rPr>
        <w:t xml:space="preserve">所属：　　　　　　　　　　　</w:t>
      </w:r>
    </w:p>
    <w:p w14:paraId="445D01B4" w14:textId="77777777" w:rsidR="005869C7" w:rsidRDefault="008D2A2B" w:rsidP="005869C7">
      <w:pPr>
        <w:adjustRightInd w:val="0"/>
        <w:snapToGrid w:val="0"/>
        <w:spacing w:after="0"/>
        <w:ind w:firstLineChars="200" w:firstLine="493"/>
        <w:rPr>
          <w:sz w:val="24"/>
          <w:szCs w:val="24"/>
          <w:lang w:eastAsia="ja-JP"/>
        </w:rPr>
      </w:pPr>
      <w:r w:rsidRPr="005869C7">
        <w:rPr>
          <w:sz w:val="24"/>
          <w:szCs w:val="24"/>
          <w:lang w:eastAsia="ja-JP"/>
        </w:rPr>
        <w:t xml:space="preserve">担当者名：　　　　　　　　　　　</w:t>
      </w:r>
    </w:p>
    <w:p w14:paraId="269CE09B" w14:textId="77777777" w:rsidR="005869C7" w:rsidRDefault="008D2A2B" w:rsidP="005869C7">
      <w:pPr>
        <w:adjustRightInd w:val="0"/>
        <w:snapToGrid w:val="0"/>
        <w:spacing w:after="0"/>
        <w:ind w:firstLineChars="200" w:firstLine="493"/>
        <w:rPr>
          <w:sz w:val="24"/>
          <w:szCs w:val="24"/>
          <w:lang w:eastAsia="ja-JP"/>
        </w:rPr>
      </w:pPr>
      <w:r w:rsidRPr="005869C7">
        <w:rPr>
          <w:sz w:val="24"/>
          <w:szCs w:val="24"/>
          <w:lang w:eastAsia="ja-JP"/>
        </w:rPr>
        <w:t xml:space="preserve">電話番号：　　　　　　　　　　　</w:t>
      </w:r>
    </w:p>
    <w:p w14:paraId="37E53FF7" w14:textId="6B61605D" w:rsidR="000E10D9" w:rsidRPr="005869C7" w:rsidRDefault="008D2A2B" w:rsidP="005869C7">
      <w:pPr>
        <w:adjustRightInd w:val="0"/>
        <w:snapToGrid w:val="0"/>
        <w:spacing w:after="0"/>
        <w:ind w:firstLineChars="200" w:firstLine="493"/>
        <w:rPr>
          <w:sz w:val="24"/>
          <w:szCs w:val="24"/>
          <w:lang w:eastAsia="ja-JP"/>
        </w:rPr>
      </w:pPr>
      <w:r w:rsidRPr="005869C7">
        <w:rPr>
          <w:sz w:val="24"/>
          <w:szCs w:val="24"/>
          <w:lang w:eastAsia="ja-JP"/>
        </w:rPr>
        <w:t xml:space="preserve">E-mail：　　　　　　　　　　　</w:t>
      </w:r>
    </w:p>
    <w:sectPr w:rsidR="000E10D9" w:rsidRPr="005869C7" w:rsidSect="005869C7">
      <w:pgSz w:w="11906" w:h="16838" w:code="9"/>
      <w:pgMar w:top="1418" w:right="1418" w:bottom="1418" w:left="1418" w:header="720" w:footer="720" w:gutter="0"/>
      <w:cols w:space="720"/>
      <w:docGrid w:type="linesAndChars" w:linePitch="350" w:charSpace="138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A40B35" w14:textId="77777777" w:rsidR="006E0C38" w:rsidRDefault="006E0C38" w:rsidP="00855432">
      <w:pPr>
        <w:spacing w:after="0" w:line="240" w:lineRule="auto"/>
      </w:pPr>
      <w:r>
        <w:separator/>
      </w:r>
    </w:p>
  </w:endnote>
  <w:endnote w:type="continuationSeparator" w:id="0">
    <w:p w14:paraId="6605966B" w14:textId="77777777" w:rsidR="006E0C38" w:rsidRDefault="006E0C38" w:rsidP="008554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ＭＳ 明朝">
    <w:altName w:val="MS Mincho"/>
    <w:panose1 w:val="02020609040205080304"/>
    <w:charset w:val="80"/>
    <w:family w:val="roma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Courier">
    <w:panose1 w:val="02070409020205020404"/>
    <w:charset w:val="00"/>
    <w:family w:val="modern"/>
    <w:notTrueType/>
    <w:pitch w:val="fixed"/>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FD5DBF" w14:textId="77777777" w:rsidR="006E0C38" w:rsidRDefault="006E0C38" w:rsidP="00855432">
      <w:pPr>
        <w:spacing w:after="0" w:line="240" w:lineRule="auto"/>
      </w:pPr>
      <w:r>
        <w:separator/>
      </w:r>
    </w:p>
  </w:footnote>
  <w:footnote w:type="continuationSeparator" w:id="0">
    <w:p w14:paraId="4A0F21A9" w14:textId="77777777" w:rsidR="006E0C38" w:rsidRDefault="006E0C38" w:rsidP="008554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num w:numId="1" w16cid:durableId="2091729730">
    <w:abstractNumId w:val="8"/>
  </w:num>
  <w:num w:numId="2" w16cid:durableId="577906423">
    <w:abstractNumId w:val="6"/>
  </w:num>
  <w:num w:numId="3" w16cid:durableId="758257253">
    <w:abstractNumId w:val="5"/>
  </w:num>
  <w:num w:numId="4" w16cid:durableId="1444105655">
    <w:abstractNumId w:val="4"/>
  </w:num>
  <w:num w:numId="5" w16cid:durableId="214586410">
    <w:abstractNumId w:val="7"/>
  </w:num>
  <w:num w:numId="6" w16cid:durableId="1757901493">
    <w:abstractNumId w:val="3"/>
  </w:num>
  <w:num w:numId="7" w16cid:durableId="1873028407">
    <w:abstractNumId w:val="2"/>
  </w:num>
  <w:num w:numId="8" w16cid:durableId="1546872656">
    <w:abstractNumId w:val="1"/>
  </w:num>
  <w:num w:numId="9" w16cid:durableId="6342188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720"/>
  <w:drawingGridHorizontalSpacing w:val="227"/>
  <w:drawingGridVerticalSpacing w:val="175"/>
  <w:displayVerticalDrawingGridEvery w:val="2"/>
  <w:characterSpacingControl w:val="doNotCompress"/>
  <w:hdrShapeDefaults>
    <o:shapedefaults v:ext="edit" spidmax="2050">
      <v:textbox inset="5.85pt,.7pt,5.85pt,.7pt"/>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7730"/>
    <w:rsid w:val="00032C40"/>
    <w:rsid w:val="0003365F"/>
    <w:rsid w:val="00034616"/>
    <w:rsid w:val="0006063C"/>
    <w:rsid w:val="000E10D9"/>
    <w:rsid w:val="000F2183"/>
    <w:rsid w:val="001240CB"/>
    <w:rsid w:val="00145F57"/>
    <w:rsid w:val="0015074B"/>
    <w:rsid w:val="00154A0D"/>
    <w:rsid w:val="00191F1D"/>
    <w:rsid w:val="001C7EA0"/>
    <w:rsid w:val="002569BE"/>
    <w:rsid w:val="00270991"/>
    <w:rsid w:val="0029639D"/>
    <w:rsid w:val="002A3FDA"/>
    <w:rsid w:val="002B11EC"/>
    <w:rsid w:val="00315EBC"/>
    <w:rsid w:val="00324A8E"/>
    <w:rsid w:val="00326F90"/>
    <w:rsid w:val="0036157B"/>
    <w:rsid w:val="00374707"/>
    <w:rsid w:val="003E3CD7"/>
    <w:rsid w:val="0048254B"/>
    <w:rsid w:val="00531095"/>
    <w:rsid w:val="005869C7"/>
    <w:rsid w:val="005B458C"/>
    <w:rsid w:val="0067276C"/>
    <w:rsid w:val="006C4D17"/>
    <w:rsid w:val="006C5E39"/>
    <w:rsid w:val="006C76F9"/>
    <w:rsid w:val="006E0C38"/>
    <w:rsid w:val="006F489E"/>
    <w:rsid w:val="00804B71"/>
    <w:rsid w:val="00855432"/>
    <w:rsid w:val="00874F27"/>
    <w:rsid w:val="008D2A2B"/>
    <w:rsid w:val="00A2405E"/>
    <w:rsid w:val="00A558C2"/>
    <w:rsid w:val="00A70A0C"/>
    <w:rsid w:val="00AA1D8D"/>
    <w:rsid w:val="00AA2719"/>
    <w:rsid w:val="00AA63B4"/>
    <w:rsid w:val="00AE642C"/>
    <w:rsid w:val="00B14ED7"/>
    <w:rsid w:val="00B47730"/>
    <w:rsid w:val="00C034A0"/>
    <w:rsid w:val="00C4638C"/>
    <w:rsid w:val="00CA044E"/>
    <w:rsid w:val="00CB0664"/>
    <w:rsid w:val="00D064B5"/>
    <w:rsid w:val="00DC623E"/>
    <w:rsid w:val="00E22D6D"/>
    <w:rsid w:val="00E50CAA"/>
    <w:rsid w:val="00EB1F4C"/>
    <w:rsid w:val="00FC433F"/>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v:textbox inset="5.85pt,.7pt,5.85pt,.7pt"/>
    </o:shapedefaults>
    <o:shapelayout v:ext="edit">
      <o:idmap v:ext="edit" data="2"/>
    </o:shapelayout>
  </w:shapeDefaults>
  <w:decimalSymbol w:val="."/>
  <w:listSeparator w:val=","/>
  <w14:docId w14:val="69631BFB"/>
  <w14:defaultImageDpi w14:val="300"/>
  <w15:docId w15:val="{A71CB905-4114-4C56-A7D5-8468120473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FC693F"/>
    <w:rPr>
      <w:rFonts w:ascii="ＭＳ 明朝" w:eastAsia="ＭＳ 明朝" w:hAnsi="ＭＳ 明朝"/>
    </w:rPr>
  </w:style>
  <w:style w:type="paragraph" w:styleId="1">
    <w:name w:val="heading 1"/>
    <w:basedOn w:val="a1"/>
    <w:next w:val="a1"/>
    <w:link w:val="10"/>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1">
    <w:name w:val="heading 2"/>
    <w:basedOn w:val="a1"/>
    <w:next w:val="a1"/>
    <w:link w:val="22"/>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1">
    <w:name w:val="heading 3"/>
    <w:basedOn w:val="a1"/>
    <w:next w:val="a1"/>
    <w:link w:val="32"/>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0"/>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0"/>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0"/>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0"/>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a6"/>
    <w:uiPriority w:val="99"/>
    <w:unhideWhenUsed/>
    <w:rsid w:val="00E618BF"/>
    <w:pPr>
      <w:tabs>
        <w:tab w:val="center" w:pos="4680"/>
        <w:tab w:val="right" w:pos="9360"/>
      </w:tabs>
      <w:spacing w:after="0" w:line="240" w:lineRule="auto"/>
    </w:pPr>
  </w:style>
  <w:style w:type="character" w:customStyle="1" w:styleId="a6">
    <w:name w:val="ヘッダー (文字)"/>
    <w:basedOn w:val="a2"/>
    <w:link w:val="a5"/>
    <w:uiPriority w:val="99"/>
    <w:rsid w:val="00E618BF"/>
  </w:style>
  <w:style w:type="paragraph" w:styleId="a7">
    <w:name w:val="footer"/>
    <w:basedOn w:val="a1"/>
    <w:link w:val="a8"/>
    <w:uiPriority w:val="99"/>
    <w:unhideWhenUsed/>
    <w:rsid w:val="00E618BF"/>
    <w:pPr>
      <w:tabs>
        <w:tab w:val="center" w:pos="4680"/>
        <w:tab w:val="right" w:pos="9360"/>
      </w:tabs>
      <w:spacing w:after="0" w:line="240" w:lineRule="auto"/>
    </w:pPr>
  </w:style>
  <w:style w:type="character" w:customStyle="1" w:styleId="a8">
    <w:name w:val="フッター (文字)"/>
    <w:basedOn w:val="a2"/>
    <w:link w:val="a7"/>
    <w:uiPriority w:val="99"/>
    <w:rsid w:val="00E618BF"/>
  </w:style>
  <w:style w:type="paragraph" w:styleId="a9">
    <w:name w:val="No Spacing"/>
    <w:uiPriority w:val="1"/>
    <w:qFormat/>
    <w:rsid w:val="00FC693F"/>
    <w:pPr>
      <w:spacing w:after="0" w:line="240" w:lineRule="auto"/>
    </w:pPr>
  </w:style>
  <w:style w:type="character" w:customStyle="1" w:styleId="10">
    <w:name w:val="見出し 1 (文字)"/>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2">
    <w:name w:val="見出し 2 (文字)"/>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2">
    <w:name w:val="見出し 3 (文字)"/>
    <w:basedOn w:val="a2"/>
    <w:link w:val="31"/>
    <w:uiPriority w:val="9"/>
    <w:rsid w:val="00FC693F"/>
    <w:rPr>
      <w:rFonts w:asciiTheme="majorHAnsi" w:eastAsiaTheme="majorEastAsia" w:hAnsiTheme="majorHAnsi" w:cstheme="majorBidi"/>
      <w:b/>
      <w:bCs/>
      <w:color w:val="4F81BD" w:themeColor="accent1"/>
    </w:rPr>
  </w:style>
  <w:style w:type="paragraph" w:styleId="aa">
    <w:name w:val="Title"/>
    <w:basedOn w:val="a1"/>
    <w:next w:val="a1"/>
    <w:link w:val="ab"/>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b">
    <w:name w:val="表題 (文字)"/>
    <w:basedOn w:val="a2"/>
    <w:link w:val="aa"/>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c">
    <w:name w:val="Subtitle"/>
    <w:basedOn w:val="a1"/>
    <w:next w:val="a1"/>
    <w:link w:val="ad"/>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d">
    <w:name w:val="副題 (文字)"/>
    <w:basedOn w:val="a2"/>
    <w:link w:val="ac"/>
    <w:uiPriority w:val="11"/>
    <w:rsid w:val="00FC693F"/>
    <w:rPr>
      <w:rFonts w:asciiTheme="majorHAnsi" w:eastAsiaTheme="majorEastAsia" w:hAnsiTheme="majorHAnsi" w:cstheme="majorBidi"/>
      <w:i/>
      <w:iCs/>
      <w:color w:val="4F81BD" w:themeColor="accent1"/>
      <w:spacing w:val="15"/>
      <w:sz w:val="24"/>
      <w:szCs w:val="24"/>
    </w:rPr>
  </w:style>
  <w:style w:type="paragraph" w:styleId="ae">
    <w:name w:val="List Paragraph"/>
    <w:basedOn w:val="a1"/>
    <w:uiPriority w:val="34"/>
    <w:qFormat/>
    <w:rsid w:val="00FC693F"/>
    <w:pPr>
      <w:ind w:left="720"/>
      <w:contextualSpacing/>
    </w:pPr>
  </w:style>
  <w:style w:type="paragraph" w:styleId="af">
    <w:name w:val="Body Text"/>
    <w:basedOn w:val="a1"/>
    <w:link w:val="af0"/>
    <w:uiPriority w:val="99"/>
    <w:unhideWhenUsed/>
    <w:rsid w:val="00AA1D8D"/>
    <w:pPr>
      <w:spacing w:after="120"/>
    </w:pPr>
  </w:style>
  <w:style w:type="character" w:customStyle="1" w:styleId="af0">
    <w:name w:val="本文 (文字)"/>
    <w:basedOn w:val="a2"/>
    <w:link w:val="af"/>
    <w:uiPriority w:val="99"/>
    <w:rsid w:val="00AA1D8D"/>
  </w:style>
  <w:style w:type="paragraph" w:styleId="23">
    <w:name w:val="Body Text 2"/>
    <w:basedOn w:val="a1"/>
    <w:link w:val="24"/>
    <w:uiPriority w:val="99"/>
    <w:unhideWhenUsed/>
    <w:rsid w:val="00AA1D8D"/>
    <w:pPr>
      <w:spacing w:after="120" w:line="480" w:lineRule="auto"/>
    </w:pPr>
  </w:style>
  <w:style w:type="character" w:customStyle="1" w:styleId="24">
    <w:name w:val="本文 2 (文字)"/>
    <w:basedOn w:val="a2"/>
    <w:link w:val="23"/>
    <w:uiPriority w:val="99"/>
    <w:rsid w:val="00AA1D8D"/>
  </w:style>
  <w:style w:type="paragraph" w:styleId="33">
    <w:name w:val="Body Text 3"/>
    <w:basedOn w:val="a1"/>
    <w:link w:val="34"/>
    <w:uiPriority w:val="99"/>
    <w:unhideWhenUsed/>
    <w:rsid w:val="00AA1D8D"/>
    <w:pPr>
      <w:spacing w:after="120"/>
    </w:pPr>
    <w:rPr>
      <w:sz w:val="16"/>
      <w:szCs w:val="16"/>
    </w:rPr>
  </w:style>
  <w:style w:type="character" w:customStyle="1" w:styleId="34">
    <w:name w:val="本文 3 (文字)"/>
    <w:basedOn w:val="a2"/>
    <w:link w:val="33"/>
    <w:uiPriority w:val="99"/>
    <w:rsid w:val="00AA1D8D"/>
    <w:rPr>
      <w:sz w:val="16"/>
      <w:szCs w:val="16"/>
    </w:rPr>
  </w:style>
  <w:style w:type="paragraph" w:styleId="af1">
    <w:name w:val="List"/>
    <w:basedOn w:val="a1"/>
    <w:uiPriority w:val="99"/>
    <w:unhideWhenUsed/>
    <w:rsid w:val="00AA1D8D"/>
    <w:pPr>
      <w:ind w:left="360" w:hanging="360"/>
      <w:contextualSpacing/>
    </w:pPr>
  </w:style>
  <w:style w:type="paragraph" w:styleId="25">
    <w:name w:val="List 2"/>
    <w:basedOn w:val="a1"/>
    <w:uiPriority w:val="99"/>
    <w:unhideWhenUsed/>
    <w:rsid w:val="00326F90"/>
    <w:pPr>
      <w:ind w:left="720" w:hanging="360"/>
      <w:contextualSpacing/>
    </w:pPr>
  </w:style>
  <w:style w:type="paragraph" w:styleId="35">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f2">
    <w:name w:val="List Continue"/>
    <w:basedOn w:val="a1"/>
    <w:uiPriority w:val="99"/>
    <w:unhideWhenUsed/>
    <w:rsid w:val="0029639D"/>
    <w:pPr>
      <w:spacing w:after="120"/>
      <w:ind w:left="360"/>
      <w:contextualSpacing/>
    </w:pPr>
  </w:style>
  <w:style w:type="paragraph" w:styleId="26">
    <w:name w:val="List Continue 2"/>
    <w:basedOn w:val="a1"/>
    <w:uiPriority w:val="99"/>
    <w:unhideWhenUsed/>
    <w:rsid w:val="0029639D"/>
    <w:pPr>
      <w:spacing w:after="120"/>
      <w:ind w:left="720"/>
      <w:contextualSpacing/>
    </w:pPr>
  </w:style>
  <w:style w:type="paragraph" w:styleId="36">
    <w:name w:val="List Continue 3"/>
    <w:basedOn w:val="a1"/>
    <w:uiPriority w:val="99"/>
    <w:unhideWhenUsed/>
    <w:rsid w:val="0029639D"/>
    <w:pPr>
      <w:spacing w:after="120"/>
      <w:ind w:left="1080"/>
      <w:contextualSpacing/>
    </w:pPr>
  </w:style>
  <w:style w:type="paragraph" w:styleId="af3">
    <w:name w:val="macro"/>
    <w:link w:val="af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af4">
    <w:name w:val="マクロ文字列 (文字)"/>
    <w:basedOn w:val="a2"/>
    <w:link w:val="af3"/>
    <w:uiPriority w:val="99"/>
    <w:rsid w:val="0029639D"/>
    <w:rPr>
      <w:rFonts w:ascii="Courier" w:hAnsi="Courier"/>
      <w:sz w:val="20"/>
      <w:szCs w:val="20"/>
    </w:rPr>
  </w:style>
  <w:style w:type="paragraph" w:styleId="af5">
    <w:name w:val="Quote"/>
    <w:basedOn w:val="a1"/>
    <w:next w:val="a1"/>
    <w:link w:val="af6"/>
    <w:uiPriority w:val="29"/>
    <w:qFormat/>
    <w:rsid w:val="00FC693F"/>
    <w:rPr>
      <w:i/>
      <w:iCs/>
      <w:color w:val="000000" w:themeColor="text1"/>
    </w:rPr>
  </w:style>
  <w:style w:type="character" w:customStyle="1" w:styleId="af6">
    <w:name w:val="引用文 (文字)"/>
    <w:basedOn w:val="a2"/>
    <w:link w:val="af5"/>
    <w:uiPriority w:val="29"/>
    <w:rsid w:val="00FC693F"/>
    <w:rPr>
      <w:i/>
      <w:iCs/>
      <w:color w:val="000000" w:themeColor="text1"/>
    </w:rPr>
  </w:style>
  <w:style w:type="character" w:customStyle="1" w:styleId="40">
    <w:name w:val="見出し 4 (文字)"/>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0">
    <w:name w:val="見出し 5 (文字)"/>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0">
    <w:name w:val="見出し 6 (文字)"/>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0">
    <w:name w:val="見出し 7 (文字)"/>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0">
    <w:name w:val="見出し 8 (文字)"/>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0">
    <w:name w:val="見出し 9 (文字)"/>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7">
    <w:name w:val="caption"/>
    <w:basedOn w:val="a1"/>
    <w:next w:val="a1"/>
    <w:uiPriority w:val="35"/>
    <w:semiHidden/>
    <w:unhideWhenUsed/>
    <w:qFormat/>
    <w:rsid w:val="00FC693F"/>
    <w:pPr>
      <w:spacing w:line="240" w:lineRule="auto"/>
    </w:pPr>
    <w:rPr>
      <w:b/>
      <w:bCs/>
      <w:color w:val="4F81BD" w:themeColor="accent1"/>
      <w:sz w:val="18"/>
      <w:szCs w:val="18"/>
    </w:rPr>
  </w:style>
  <w:style w:type="character" w:styleId="af8">
    <w:name w:val="Strong"/>
    <w:basedOn w:val="a2"/>
    <w:uiPriority w:val="22"/>
    <w:qFormat/>
    <w:rsid w:val="00FC693F"/>
    <w:rPr>
      <w:b/>
      <w:bCs/>
    </w:rPr>
  </w:style>
  <w:style w:type="character" w:styleId="af9">
    <w:name w:val="Emphasis"/>
    <w:basedOn w:val="a2"/>
    <w:uiPriority w:val="20"/>
    <w:qFormat/>
    <w:rsid w:val="00FC693F"/>
    <w:rPr>
      <w:i/>
      <w:iCs/>
    </w:rPr>
  </w:style>
  <w:style w:type="paragraph" w:styleId="27">
    <w:name w:val="Intense Quote"/>
    <w:basedOn w:val="a1"/>
    <w:next w:val="a1"/>
    <w:link w:val="28"/>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28">
    <w:name w:val="引用文 2 (文字)"/>
    <w:basedOn w:val="a2"/>
    <w:link w:val="27"/>
    <w:uiPriority w:val="30"/>
    <w:rsid w:val="00FC693F"/>
    <w:rPr>
      <w:b/>
      <w:bCs/>
      <w:i/>
      <w:iCs/>
      <w:color w:val="4F81BD" w:themeColor="accent1"/>
    </w:rPr>
  </w:style>
  <w:style w:type="character" w:styleId="afa">
    <w:name w:val="Subtle Emphasis"/>
    <w:basedOn w:val="a2"/>
    <w:uiPriority w:val="19"/>
    <w:qFormat/>
    <w:rsid w:val="00FC693F"/>
    <w:rPr>
      <w:i/>
      <w:iCs/>
      <w:color w:val="808080" w:themeColor="text1" w:themeTint="7F"/>
    </w:rPr>
  </w:style>
  <w:style w:type="character" w:styleId="29">
    <w:name w:val="Intense Emphasis"/>
    <w:basedOn w:val="a2"/>
    <w:uiPriority w:val="21"/>
    <w:qFormat/>
    <w:rsid w:val="00FC693F"/>
    <w:rPr>
      <w:b/>
      <w:bCs/>
      <w:i/>
      <w:iCs/>
      <w:color w:val="4F81BD" w:themeColor="accent1"/>
    </w:rPr>
  </w:style>
  <w:style w:type="character" w:styleId="afb">
    <w:name w:val="Subtle Reference"/>
    <w:basedOn w:val="a2"/>
    <w:uiPriority w:val="31"/>
    <w:qFormat/>
    <w:rsid w:val="00FC693F"/>
    <w:rPr>
      <w:smallCaps/>
      <w:color w:val="C0504D" w:themeColor="accent2"/>
      <w:u w:val="single"/>
    </w:rPr>
  </w:style>
  <w:style w:type="character" w:styleId="2a">
    <w:name w:val="Intense Reference"/>
    <w:basedOn w:val="a2"/>
    <w:uiPriority w:val="32"/>
    <w:qFormat/>
    <w:rsid w:val="00FC693F"/>
    <w:rPr>
      <w:b/>
      <w:bCs/>
      <w:smallCaps/>
      <w:color w:val="C0504D" w:themeColor="accent2"/>
      <w:spacing w:val="5"/>
      <w:u w:val="single"/>
    </w:rPr>
  </w:style>
  <w:style w:type="character" w:styleId="afc">
    <w:name w:val="Book Title"/>
    <w:basedOn w:val="a2"/>
    <w:uiPriority w:val="33"/>
    <w:qFormat/>
    <w:rsid w:val="00FC693F"/>
    <w:rPr>
      <w:b/>
      <w:bCs/>
      <w:smallCaps/>
      <w:spacing w:val="5"/>
    </w:rPr>
  </w:style>
  <w:style w:type="paragraph" w:styleId="afd">
    <w:name w:val="TOC Heading"/>
    <w:basedOn w:val="1"/>
    <w:next w:val="a1"/>
    <w:uiPriority w:val="39"/>
    <w:semiHidden/>
    <w:unhideWhenUsed/>
    <w:qFormat/>
    <w:rsid w:val="00FC693F"/>
    <w:pPr>
      <w:outlineLvl w:val="9"/>
    </w:pPr>
  </w:style>
  <w:style w:type="table" w:styleId="afe">
    <w:name w:val="Table Grid"/>
    <w:basedOn w:val="a3"/>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1">
    <w:name w:val="Light Shading"/>
    <w:basedOn w:val="a3"/>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2">
    <w:name w:val="Light Shading Accent 1"/>
    <w:basedOn w:val="a3"/>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13">
    <w:name w:val="Light Shading Accent 2"/>
    <w:basedOn w:val="a3"/>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14">
    <w:name w:val="Light Shading Accent 3"/>
    <w:basedOn w:val="a3"/>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15">
    <w:name w:val="Light Shading Accent 4"/>
    <w:basedOn w:val="a3"/>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16">
    <w:name w:val="Light Shading Accent 5"/>
    <w:basedOn w:val="a3"/>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17">
    <w:name w:val="Light Shading Accent 6"/>
    <w:basedOn w:val="a3"/>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2b">
    <w:name w:val="Light List"/>
    <w:basedOn w:val="a3"/>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2c">
    <w:name w:val="Light List Accent 1"/>
    <w:basedOn w:val="a3"/>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d">
    <w:name w:val="Light List Accent 2"/>
    <w:basedOn w:val="a3"/>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2e">
    <w:name w:val="Light List Accent 3"/>
    <w:basedOn w:val="a3"/>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2f">
    <w:name w:val="Light List Accent 4"/>
    <w:basedOn w:val="a3"/>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2f0">
    <w:name w:val="Light List Accent 5"/>
    <w:basedOn w:val="a3"/>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2f1">
    <w:name w:val="Light List Accent 6"/>
    <w:basedOn w:val="a3"/>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37">
    <w:name w:val="Light Grid"/>
    <w:basedOn w:val="a3"/>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38">
    <w:name w:val="Light Grid Accent 1"/>
    <w:basedOn w:val="a3"/>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39">
    <w:name w:val="Light Grid Accent 2"/>
    <w:basedOn w:val="a3"/>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a">
    <w:name w:val="Light Grid Accent 3"/>
    <w:basedOn w:val="a3"/>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3b">
    <w:name w:val="Light Grid Accent 4"/>
    <w:basedOn w:val="a3"/>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3c">
    <w:name w:val="Light Grid Accent 5"/>
    <w:basedOn w:val="a3"/>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3d">
    <w:name w:val="Light Grid Accent 6"/>
    <w:basedOn w:val="a3"/>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41">
    <w:name w:val="Medium Shading 1"/>
    <w:basedOn w:val="a3"/>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42">
    <w:name w:val="Medium Shading 1 Accent 1"/>
    <w:basedOn w:val="a3"/>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43">
    <w:name w:val="Medium Shading 1 Accent 2"/>
    <w:basedOn w:val="a3"/>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44">
    <w:name w:val="Medium Shading 1 Accent 3"/>
    <w:basedOn w:val="a3"/>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45">
    <w:name w:val="Medium Shading 1 Accent 4"/>
    <w:basedOn w:val="a3"/>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46">
    <w:name w:val="Medium Shading 1 Accent 5"/>
    <w:basedOn w:val="a3"/>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47">
    <w:name w:val="Medium Shading 1 Accent 6"/>
    <w:basedOn w:val="a3"/>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51">
    <w:name w:val="Medium Shading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52">
    <w:name w:val="Medium Shading 2 Accent 1"/>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53">
    <w:name w:val="Medium Shading 2 Accent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54">
    <w:name w:val="Medium Shading 2 Accent 3"/>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55">
    <w:name w:val="Medium Shading 2 Accent 4"/>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56">
    <w:name w:val="Medium Shading 2 Accent 5"/>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57">
    <w:name w:val="Medium Shading 2 Accent 6"/>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61">
    <w:name w:val="Medium List 1"/>
    <w:basedOn w:val="a3"/>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62">
    <w:name w:val="Medium List 1 Accent 1"/>
    <w:basedOn w:val="a3"/>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63">
    <w:name w:val="Medium List 1 Accent 2"/>
    <w:basedOn w:val="a3"/>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64">
    <w:name w:val="Medium List 1 Accent 3"/>
    <w:basedOn w:val="a3"/>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65">
    <w:name w:val="Medium List 1 Accent 4"/>
    <w:basedOn w:val="a3"/>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66">
    <w:name w:val="Medium List 1 Accent 5"/>
    <w:basedOn w:val="a3"/>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67">
    <w:name w:val="Medium List 1 Accent 6"/>
    <w:basedOn w:val="a3"/>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71">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72">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73">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74">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75">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76">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77">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81">
    <w:name w:val="Medium Grid 1"/>
    <w:basedOn w:val="a3"/>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82">
    <w:name w:val="Medium Grid 1 Accent 1"/>
    <w:basedOn w:val="a3"/>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83">
    <w:name w:val="Medium Grid 1 Accent 2"/>
    <w:basedOn w:val="a3"/>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84">
    <w:name w:val="Medium Grid 1 Accent 3"/>
    <w:basedOn w:val="a3"/>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85">
    <w:name w:val="Medium Grid 1 Accent 4"/>
    <w:basedOn w:val="a3"/>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86">
    <w:name w:val="Medium Grid 1 Accent 5"/>
    <w:basedOn w:val="a3"/>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87">
    <w:name w:val="Medium Grid 1 Accent 6"/>
    <w:basedOn w:val="a3"/>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91">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92">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93">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94">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95">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96">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97">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100">
    <w:name w:val="Medium Grid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101">
    <w:name w:val="Medium Grid 3 Accent 1"/>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102">
    <w:name w:val="Medium Grid 3 Accent 2"/>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103">
    <w:name w:val="Medium Grid 3 Accent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104">
    <w:name w:val="Medium Grid 3 Accent 4"/>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105">
    <w:name w:val="Medium Grid 3 Accent 5"/>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106">
    <w:name w:val="Medium Grid 3 Accent 6"/>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110">
    <w:name w:val="Dark List"/>
    <w:basedOn w:val="a3"/>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11">
    <w:name w:val="Dark List Accent 1"/>
    <w:basedOn w:val="a3"/>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112">
    <w:name w:val="Dark List Accent 2"/>
    <w:basedOn w:val="a3"/>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113">
    <w:name w:val="Dark List Accent 3"/>
    <w:basedOn w:val="a3"/>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114">
    <w:name w:val="Dark List Accent 4"/>
    <w:basedOn w:val="a3"/>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115">
    <w:name w:val="Dark List Accent 5"/>
    <w:basedOn w:val="a3"/>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116">
    <w:name w:val="Dark List Accent 6"/>
    <w:basedOn w:val="a3"/>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120">
    <w:name w:val="Colorful Shading"/>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21">
    <w:name w:val="Colorful Shading Accent 1"/>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122">
    <w:name w:val="Colorful Shading Accent 2"/>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123">
    <w:name w:val="Colorful Shading Accent 3"/>
    <w:basedOn w:val="a3"/>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124">
    <w:name w:val="Colorful Shading Accent 4"/>
    <w:basedOn w:val="a3"/>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125">
    <w:name w:val="Colorful Shading Accent 5"/>
    <w:basedOn w:val="a3"/>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126">
    <w:name w:val="Colorful Shading Accent 6"/>
    <w:basedOn w:val="a3"/>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130">
    <w:name w:val="Colorful List"/>
    <w:basedOn w:val="a3"/>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31">
    <w:name w:val="Colorful List Accent 1"/>
    <w:basedOn w:val="a3"/>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132">
    <w:name w:val="Colorful List Accent 2"/>
    <w:basedOn w:val="a3"/>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133">
    <w:name w:val="Colorful List Accent 3"/>
    <w:basedOn w:val="a3"/>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134">
    <w:name w:val="Colorful List Accent 4"/>
    <w:basedOn w:val="a3"/>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135">
    <w:name w:val="Colorful List Accent 5"/>
    <w:basedOn w:val="a3"/>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136">
    <w:name w:val="Colorful List Accent 6"/>
    <w:basedOn w:val="a3"/>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140">
    <w:name w:val="Colorful Grid"/>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41">
    <w:name w:val="Colorful Grid Accent 1"/>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42">
    <w:name w:val="Colorful Grid Accent 2"/>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43">
    <w:name w:val="Colorful Grid Accent 3"/>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4">
    <w:name w:val="Colorful Grid Accent 4"/>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45">
    <w:name w:val="Colorful Grid Accent 5"/>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46">
    <w:name w:val="Colorful Grid Accent 6"/>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6" Type="http://schemas.openxmlformats.org/officeDocument/2006/relationships/footnotes" Target="footnotes.xml" /><Relationship Id="rId5" Type="http://schemas.openxmlformats.org/officeDocument/2006/relationships/webSettings" Target="webSettings.xml" /><Relationship Id="rId4" Type="http://schemas.openxmlformats.org/officeDocument/2006/relationships/settings" Target="settings.xml" /><Relationship Id="rId9" Type="http://schemas.openxmlformats.org/officeDocument/2006/relationships/theme" Target="theme/theme1.xml" />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579</Words>
  <Characters>580</Characters>
  <Application>Microsoft Office Word</Application>
  <DocSecurity>0</DocSecurity>
  <Lines>48</Lines>
  <Paragraphs>48</Paragraphs>
  <ScaleCrop>false</ScaleCrop>
  <Company/>
  <LinksUpToDate>false</LinksUpToDate>
  <CharactersWithSpaces>1111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学 奥山</cp:lastModifiedBy>
  <cp:revision>5</cp:revision>
  <dcterms:created xsi:type="dcterms:W3CDTF">2026-06-23T06:20:00Z</dcterms:created>
  <dcterms:modified xsi:type="dcterms:W3CDTF">2026-06-23T06:23:00Z</dcterms:modified>
</cp:coreProperties>
</file>