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06822" w14:textId="77777777" w:rsidR="008C1032" w:rsidRDefault="006071BF" w:rsidP="008C1032">
      <w:pPr>
        <w:spacing w:before="160" w:after="80"/>
        <w:ind w:firstLineChars="200" w:firstLine="400"/>
        <w:rPr>
          <w:rFonts w:asciiTheme="majorEastAsia" w:eastAsiaTheme="majorEastAsia" w:hAnsiTheme="majorEastAsia"/>
          <w:lang w:eastAsia="ja-JP"/>
        </w:rPr>
      </w:pPr>
      <w:r w:rsidRPr="006071BF">
        <w:rPr>
          <w:rFonts w:asciiTheme="majorEastAsia" w:eastAsiaTheme="majorEastAsia" w:hAnsiTheme="majorEastAsia" w:hint="eastAsia"/>
          <w:lang w:eastAsia="ja-JP"/>
        </w:rPr>
        <w:t>【</w:t>
      </w:r>
      <w:r>
        <w:rPr>
          <w:rFonts w:asciiTheme="majorEastAsia" w:eastAsiaTheme="majorEastAsia" w:hAnsiTheme="majorEastAsia" w:hint="eastAsia"/>
          <w:lang w:eastAsia="ja-JP"/>
        </w:rPr>
        <w:t>任意</w:t>
      </w:r>
      <w:r w:rsidRPr="006071BF">
        <w:rPr>
          <w:rFonts w:asciiTheme="majorEastAsia" w:eastAsiaTheme="majorEastAsia" w:hAnsiTheme="majorEastAsia" w:hint="eastAsia"/>
          <w:lang w:eastAsia="ja-JP"/>
        </w:rPr>
        <w:t>様式】</w:t>
      </w:r>
    </w:p>
    <w:p w14:paraId="5D4C1397" w14:textId="2F3CCC8F" w:rsidR="00A432BF" w:rsidRPr="00ED3297" w:rsidRDefault="00A432BF" w:rsidP="00ED3297">
      <w:pPr>
        <w:spacing w:before="160" w:after="80"/>
        <w:ind w:firstLineChars="1300" w:firstLine="4160"/>
        <w:rPr>
          <w:rFonts w:asciiTheme="majorEastAsia" w:eastAsiaTheme="majorEastAsia" w:hAnsiTheme="majorEastAsia"/>
          <w:sz w:val="21"/>
          <w:szCs w:val="24"/>
          <w:lang w:eastAsia="ja-JP"/>
        </w:rPr>
      </w:pPr>
      <w:r w:rsidRPr="00ED3297">
        <w:rPr>
          <w:rFonts w:ascii="ＭＳ 明朝" w:eastAsia="ＭＳ 明朝" w:hAnsi="ＭＳ 明朝" w:hint="eastAsia"/>
          <w:sz w:val="32"/>
          <w:szCs w:val="40"/>
          <w:lang w:eastAsia="ja-JP"/>
        </w:rPr>
        <w:t>委 任 状</w:t>
      </w:r>
    </w:p>
    <w:p w14:paraId="7FF90621" w14:textId="77777777" w:rsidR="008C1032" w:rsidRPr="008C1032" w:rsidRDefault="008C1032" w:rsidP="00A432BF">
      <w:pPr>
        <w:spacing w:before="160" w:after="80"/>
        <w:ind w:firstLineChars="200" w:firstLine="420"/>
        <w:jc w:val="center"/>
        <w:rPr>
          <w:rFonts w:asciiTheme="minorEastAsia" w:hAnsiTheme="minorEastAsia"/>
          <w:sz w:val="21"/>
          <w:szCs w:val="24"/>
          <w:lang w:eastAsia="ja-JP"/>
        </w:rPr>
      </w:pPr>
    </w:p>
    <w:p w14:paraId="4A987D58" w14:textId="5366B109" w:rsidR="00A432BF" w:rsidRPr="00ED3297" w:rsidRDefault="008C1032" w:rsidP="00A432BF">
      <w:pPr>
        <w:spacing w:before="160" w:after="80"/>
        <w:ind w:firstLineChars="200" w:firstLine="420"/>
        <w:jc w:val="center"/>
        <w:rPr>
          <w:rFonts w:asciiTheme="minorEastAsia" w:hAnsiTheme="minorEastAsia"/>
          <w:sz w:val="24"/>
          <w:szCs w:val="32"/>
          <w:lang w:eastAsia="ja-JP"/>
        </w:rPr>
      </w:pPr>
      <w:r w:rsidRPr="008C1032">
        <w:rPr>
          <w:rFonts w:asciiTheme="minorEastAsia" w:hAnsiTheme="minorEastAsia" w:hint="eastAsia"/>
          <w:sz w:val="21"/>
          <w:szCs w:val="24"/>
          <w:lang w:eastAsia="ja-JP"/>
        </w:rPr>
        <w:t xml:space="preserve">　　　　　　　　　　　　　　　　　　　　　　　　　　</w:t>
      </w:r>
      <w:r w:rsidR="00A432BF" w:rsidRPr="00ED3297">
        <w:rPr>
          <w:rFonts w:asciiTheme="minorEastAsia" w:hAnsiTheme="minorEastAsia" w:hint="eastAsia"/>
          <w:sz w:val="24"/>
          <w:szCs w:val="32"/>
          <w:lang w:eastAsia="ja-JP"/>
        </w:rPr>
        <w:t>年</w:t>
      </w:r>
      <w:r w:rsidRPr="00ED3297">
        <w:rPr>
          <w:rFonts w:asciiTheme="minorEastAsia" w:hAnsiTheme="minorEastAsia" w:hint="eastAsia"/>
          <w:sz w:val="24"/>
          <w:szCs w:val="32"/>
          <w:lang w:eastAsia="ja-JP"/>
        </w:rPr>
        <w:t xml:space="preserve">　</w:t>
      </w:r>
      <w:r w:rsidR="00A432BF" w:rsidRPr="00ED3297">
        <w:rPr>
          <w:rFonts w:asciiTheme="minorEastAsia" w:hAnsiTheme="minorEastAsia"/>
          <w:sz w:val="24"/>
          <w:szCs w:val="32"/>
          <w:lang w:eastAsia="ja-JP"/>
        </w:rPr>
        <w:t xml:space="preserve"> 月 </w:t>
      </w:r>
      <w:r w:rsidRPr="00ED3297">
        <w:rPr>
          <w:rFonts w:asciiTheme="minorEastAsia" w:hAnsiTheme="minorEastAsia" w:hint="eastAsia"/>
          <w:sz w:val="24"/>
          <w:szCs w:val="32"/>
          <w:lang w:eastAsia="ja-JP"/>
        </w:rPr>
        <w:t xml:space="preserve">　</w:t>
      </w:r>
      <w:r w:rsidR="00A432BF" w:rsidRPr="00ED3297">
        <w:rPr>
          <w:rFonts w:asciiTheme="minorEastAsia" w:hAnsiTheme="minorEastAsia"/>
          <w:sz w:val="24"/>
          <w:szCs w:val="32"/>
          <w:lang w:eastAsia="ja-JP"/>
        </w:rPr>
        <w:t>日</w:t>
      </w:r>
    </w:p>
    <w:p w14:paraId="1D37459E" w14:textId="77777777" w:rsidR="001704A7" w:rsidRPr="00ED3297" w:rsidRDefault="001704A7" w:rsidP="00A432BF">
      <w:pPr>
        <w:spacing w:before="160" w:after="80"/>
        <w:ind w:firstLineChars="200" w:firstLine="480"/>
        <w:rPr>
          <w:rFonts w:asciiTheme="minorEastAsia" w:hAnsiTheme="minorEastAsia"/>
          <w:sz w:val="24"/>
          <w:szCs w:val="32"/>
          <w:lang w:eastAsia="ja-JP"/>
        </w:rPr>
      </w:pPr>
    </w:p>
    <w:p w14:paraId="570D6B9D" w14:textId="3B1E873F" w:rsidR="00A432BF" w:rsidRPr="00ED3297" w:rsidRDefault="00A432BF" w:rsidP="001704A7">
      <w:pPr>
        <w:spacing w:before="160" w:after="80"/>
        <w:ind w:firstLineChars="300" w:firstLine="72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（宛先）秋田県知事</w:t>
      </w:r>
    </w:p>
    <w:p w14:paraId="38E64D49" w14:textId="77777777" w:rsidR="00A432BF" w:rsidRPr="00ED3297" w:rsidRDefault="00A432BF" w:rsidP="001704A7">
      <w:pPr>
        <w:spacing w:before="160" w:after="80"/>
        <w:ind w:firstLineChars="2200" w:firstLine="528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委任者</w:t>
      </w:r>
      <w:r w:rsidRPr="00ED3297">
        <w:rPr>
          <w:rFonts w:asciiTheme="minorEastAsia" w:hAnsiTheme="minorEastAsia"/>
          <w:sz w:val="24"/>
          <w:szCs w:val="32"/>
          <w:lang w:eastAsia="ja-JP"/>
        </w:rPr>
        <w:t xml:space="preserve"> 住 所</w:t>
      </w:r>
    </w:p>
    <w:p w14:paraId="762FCEE5" w14:textId="77777777" w:rsidR="00A432BF" w:rsidRPr="00ED3297" w:rsidRDefault="00A432BF" w:rsidP="001704A7">
      <w:pPr>
        <w:spacing w:before="160" w:after="80"/>
        <w:ind w:firstLineChars="2550" w:firstLine="612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氏</w:t>
      </w:r>
      <w:r w:rsidRPr="00ED3297">
        <w:rPr>
          <w:rFonts w:asciiTheme="minorEastAsia" w:hAnsiTheme="minorEastAsia"/>
          <w:sz w:val="24"/>
          <w:szCs w:val="32"/>
          <w:lang w:eastAsia="ja-JP"/>
        </w:rPr>
        <w:t xml:space="preserve"> 名</w:t>
      </w:r>
    </w:p>
    <w:p w14:paraId="23211E2E" w14:textId="77777777" w:rsidR="00A432BF" w:rsidRPr="00ED3297" w:rsidRDefault="00A432BF" w:rsidP="001704A7">
      <w:pPr>
        <w:spacing w:before="160" w:after="80"/>
        <w:ind w:firstLineChars="2550" w:firstLine="612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生年月日</w:t>
      </w:r>
    </w:p>
    <w:p w14:paraId="1B343F6C" w14:textId="77777777" w:rsidR="001704A7" w:rsidRDefault="001704A7" w:rsidP="00A432BF">
      <w:pPr>
        <w:spacing w:before="160" w:after="80"/>
        <w:ind w:firstLineChars="200" w:firstLine="480"/>
        <w:rPr>
          <w:rFonts w:asciiTheme="minorEastAsia" w:hAnsiTheme="minorEastAsia"/>
          <w:sz w:val="24"/>
          <w:szCs w:val="32"/>
          <w:lang w:eastAsia="ja-JP"/>
        </w:rPr>
      </w:pPr>
    </w:p>
    <w:p w14:paraId="7C84F923" w14:textId="77777777" w:rsidR="001B540B" w:rsidRPr="00ED3297" w:rsidRDefault="001B540B" w:rsidP="00A432BF">
      <w:pPr>
        <w:spacing w:before="160" w:after="80"/>
        <w:ind w:firstLineChars="200" w:firstLine="480"/>
        <w:rPr>
          <w:rFonts w:asciiTheme="minorEastAsia" w:hAnsiTheme="minorEastAsia"/>
          <w:sz w:val="24"/>
          <w:szCs w:val="32"/>
          <w:lang w:eastAsia="ja-JP"/>
        </w:rPr>
      </w:pPr>
    </w:p>
    <w:p w14:paraId="488F8F45" w14:textId="6C768E0B" w:rsidR="00A432BF" w:rsidRPr="00ED3297" w:rsidRDefault="00A432BF" w:rsidP="001704A7">
      <w:pPr>
        <w:spacing w:before="160" w:after="80"/>
        <w:ind w:firstLineChars="300" w:firstLine="72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私は、下記の者を代理人と定め、次の事項について権限を委任します。</w:t>
      </w:r>
    </w:p>
    <w:p w14:paraId="2F0CDBEA" w14:textId="77777777" w:rsidR="00A90B62" w:rsidRDefault="00A90B62" w:rsidP="000F1CC3">
      <w:pPr>
        <w:spacing w:before="160" w:after="80"/>
        <w:ind w:firstLineChars="250" w:firstLine="600"/>
        <w:rPr>
          <w:rFonts w:asciiTheme="minorEastAsia" w:hAnsiTheme="minorEastAsia"/>
          <w:sz w:val="24"/>
          <w:szCs w:val="32"/>
          <w:lang w:eastAsia="ja-JP"/>
        </w:rPr>
      </w:pPr>
    </w:p>
    <w:p w14:paraId="46782B9F" w14:textId="59E7DCC2" w:rsidR="00A432BF" w:rsidRPr="00ED3297" w:rsidRDefault="00A432BF" w:rsidP="000F1CC3">
      <w:pPr>
        <w:spacing w:before="160" w:after="80"/>
        <w:ind w:firstLineChars="250" w:firstLine="60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１</w:t>
      </w:r>
      <w:r w:rsidRPr="00ED3297">
        <w:rPr>
          <w:rFonts w:asciiTheme="minorEastAsia" w:hAnsiTheme="minorEastAsia"/>
          <w:sz w:val="24"/>
          <w:szCs w:val="32"/>
          <w:lang w:eastAsia="ja-JP"/>
        </w:rPr>
        <w:t xml:space="preserve"> 受任者（代理人）</w:t>
      </w:r>
    </w:p>
    <w:p w14:paraId="0B2E5FA3" w14:textId="654CE5B2" w:rsidR="00A432BF" w:rsidRPr="00ED3297" w:rsidRDefault="00A432BF" w:rsidP="0007255F">
      <w:pPr>
        <w:spacing w:before="160" w:after="80"/>
        <w:ind w:firstLineChars="400" w:firstLine="96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住</w:t>
      </w:r>
      <w:r w:rsidRPr="00ED3297">
        <w:rPr>
          <w:rFonts w:asciiTheme="minorEastAsia" w:hAnsiTheme="minorEastAsia"/>
          <w:sz w:val="24"/>
          <w:szCs w:val="32"/>
          <w:lang w:eastAsia="ja-JP"/>
        </w:rPr>
        <w:t xml:space="preserve"> 所 〒</w:t>
      </w:r>
    </w:p>
    <w:p w14:paraId="0D17A0C6" w14:textId="75ADD722" w:rsidR="00A432BF" w:rsidRPr="00ED3297" w:rsidRDefault="0007255F" w:rsidP="0007255F">
      <w:pPr>
        <w:spacing w:before="160" w:after="80"/>
        <w:ind w:firstLineChars="300" w:firstLine="72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 xml:space="preserve">  </w:t>
      </w:r>
      <w:r w:rsidR="00A432BF" w:rsidRPr="00ED3297">
        <w:rPr>
          <w:rFonts w:asciiTheme="minorEastAsia" w:hAnsiTheme="minorEastAsia" w:hint="eastAsia"/>
          <w:sz w:val="24"/>
          <w:szCs w:val="32"/>
          <w:lang w:eastAsia="ja-JP"/>
        </w:rPr>
        <w:t>受任者名</w:t>
      </w:r>
    </w:p>
    <w:p w14:paraId="5E7F7404" w14:textId="29231C68" w:rsidR="00A432BF" w:rsidRPr="00ED3297" w:rsidRDefault="00A432BF" w:rsidP="0007255F">
      <w:pPr>
        <w:spacing w:before="160" w:after="80"/>
        <w:ind w:firstLineChars="400" w:firstLine="96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電話番号</w:t>
      </w:r>
    </w:p>
    <w:p w14:paraId="5A929E1C" w14:textId="77777777" w:rsidR="00A432BF" w:rsidRPr="00ED3297" w:rsidRDefault="00A432BF" w:rsidP="0007255F">
      <w:pPr>
        <w:spacing w:before="160" w:after="80"/>
        <w:ind w:firstLineChars="400" w:firstLine="96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○その他受任者情報（受任者が法人等に所属する場合ご記入ください）</w:t>
      </w:r>
    </w:p>
    <w:p w14:paraId="45C87E26" w14:textId="43057F4C" w:rsidR="00A432BF" w:rsidRPr="00ED3297" w:rsidRDefault="00A432BF" w:rsidP="0007255F">
      <w:pPr>
        <w:spacing w:before="160" w:after="80"/>
        <w:ind w:firstLineChars="400" w:firstLine="96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法</w:t>
      </w:r>
      <w:r w:rsidRPr="00ED3297">
        <w:rPr>
          <w:rFonts w:asciiTheme="minorEastAsia" w:hAnsiTheme="minorEastAsia"/>
          <w:sz w:val="24"/>
          <w:szCs w:val="32"/>
          <w:lang w:eastAsia="ja-JP"/>
        </w:rPr>
        <w:t xml:space="preserve"> 人 名</w:t>
      </w:r>
    </w:p>
    <w:p w14:paraId="379C59D0" w14:textId="44F16552" w:rsidR="00A432BF" w:rsidRPr="00ED3297" w:rsidRDefault="00A432BF" w:rsidP="0007255F">
      <w:pPr>
        <w:spacing w:before="160" w:after="80"/>
        <w:ind w:firstLineChars="400" w:firstLine="96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住</w:t>
      </w:r>
      <w:r w:rsidRPr="00ED3297">
        <w:rPr>
          <w:rFonts w:asciiTheme="minorEastAsia" w:hAnsiTheme="minorEastAsia"/>
          <w:sz w:val="24"/>
          <w:szCs w:val="32"/>
          <w:lang w:eastAsia="ja-JP"/>
        </w:rPr>
        <w:t xml:space="preserve"> 所 〒</w:t>
      </w:r>
    </w:p>
    <w:p w14:paraId="042E4A85" w14:textId="7BC8C50A" w:rsidR="00A432BF" w:rsidRPr="00ED3297" w:rsidRDefault="00A432BF" w:rsidP="0007255F">
      <w:pPr>
        <w:spacing w:before="160" w:after="80"/>
        <w:ind w:firstLineChars="400" w:firstLine="96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電話番号</w:t>
      </w:r>
    </w:p>
    <w:p w14:paraId="7B67532C" w14:textId="77777777" w:rsidR="0007255F" w:rsidRPr="00ED3297" w:rsidRDefault="0007255F" w:rsidP="0007255F">
      <w:pPr>
        <w:spacing w:before="160" w:after="80"/>
        <w:ind w:firstLineChars="400" w:firstLine="960"/>
        <w:rPr>
          <w:rFonts w:asciiTheme="minorEastAsia" w:hAnsiTheme="minorEastAsia"/>
          <w:sz w:val="24"/>
          <w:szCs w:val="32"/>
          <w:lang w:eastAsia="ja-JP"/>
        </w:rPr>
      </w:pPr>
    </w:p>
    <w:p w14:paraId="7EED8E81" w14:textId="290A9EAB" w:rsidR="00A432BF" w:rsidRPr="00ED3297" w:rsidRDefault="00A432BF" w:rsidP="001C5FEF">
      <w:pPr>
        <w:spacing w:before="160" w:after="80"/>
        <w:ind w:firstLineChars="250" w:firstLine="60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２</w:t>
      </w:r>
      <w:r w:rsidRPr="00ED3297">
        <w:rPr>
          <w:rFonts w:asciiTheme="minorEastAsia" w:hAnsiTheme="minorEastAsia"/>
          <w:sz w:val="24"/>
          <w:szCs w:val="32"/>
          <w:lang w:eastAsia="ja-JP"/>
        </w:rPr>
        <w:t xml:space="preserve"> 委任事項</w:t>
      </w:r>
      <w:r w:rsidR="001C5FEF" w:rsidRPr="00ED3297">
        <w:rPr>
          <w:rFonts w:asciiTheme="minorEastAsia" w:hAnsiTheme="minorEastAsia" w:hint="eastAsia"/>
          <w:sz w:val="24"/>
          <w:szCs w:val="32"/>
          <w:lang w:eastAsia="ja-JP"/>
        </w:rPr>
        <w:t xml:space="preserve"> ※委任する事項にチェックを</w:t>
      </w:r>
      <w:r w:rsidR="00180565" w:rsidRPr="00ED3297">
        <w:rPr>
          <w:rFonts w:asciiTheme="minorEastAsia" w:hAnsiTheme="minorEastAsia" w:hint="eastAsia"/>
          <w:sz w:val="24"/>
          <w:szCs w:val="32"/>
          <w:lang w:eastAsia="ja-JP"/>
        </w:rPr>
        <w:t>入れること。</w:t>
      </w:r>
    </w:p>
    <w:p w14:paraId="0869D635" w14:textId="77777777" w:rsidR="00180565" w:rsidRPr="00ED3297" w:rsidRDefault="00180565" w:rsidP="00180565">
      <w:pPr>
        <w:spacing w:before="160" w:after="80"/>
        <w:ind w:firstLineChars="300" w:firstLine="72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□　クリーニング師試験受験願書の提出</w:t>
      </w:r>
    </w:p>
    <w:p w14:paraId="5B966536" w14:textId="77777777" w:rsidR="00180565" w:rsidRPr="00ED3297" w:rsidRDefault="00180565" w:rsidP="00180565">
      <w:pPr>
        <w:spacing w:before="160" w:after="80"/>
        <w:ind w:firstLineChars="300" w:firstLine="72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□　クリーニング師免許申請書の提出</w:t>
      </w:r>
    </w:p>
    <w:p w14:paraId="2D975876" w14:textId="77777777" w:rsidR="00180565" w:rsidRPr="00ED3297" w:rsidRDefault="00180565" w:rsidP="00180565">
      <w:pPr>
        <w:spacing w:before="160" w:after="80"/>
        <w:ind w:firstLineChars="300" w:firstLine="72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□　クリーニング師免許証再交付申請書の提出</w:t>
      </w:r>
    </w:p>
    <w:p w14:paraId="6722B03F" w14:textId="77777777" w:rsidR="00180565" w:rsidRPr="00ED3297" w:rsidRDefault="00180565" w:rsidP="00180565">
      <w:pPr>
        <w:spacing w:before="160" w:after="80"/>
        <w:ind w:firstLineChars="300" w:firstLine="720"/>
        <w:rPr>
          <w:rFonts w:asciiTheme="minorEastAsia" w:hAnsiTheme="minorEastAsia"/>
          <w:sz w:val="24"/>
          <w:szCs w:val="32"/>
          <w:lang w:eastAsia="ja-JP"/>
        </w:rPr>
      </w:pPr>
      <w:r w:rsidRPr="00ED3297">
        <w:rPr>
          <w:rFonts w:asciiTheme="minorEastAsia" w:hAnsiTheme="minorEastAsia" w:hint="eastAsia"/>
          <w:sz w:val="24"/>
          <w:szCs w:val="32"/>
          <w:lang w:eastAsia="ja-JP"/>
        </w:rPr>
        <w:t>□　クリーニング師免許証訂正交付申請書の提出</w:t>
      </w:r>
    </w:p>
    <w:sectPr w:rsidR="00180565" w:rsidRPr="00ED3297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16214" w14:textId="77777777" w:rsidR="002D2131" w:rsidRDefault="002D2131" w:rsidP="00514A82">
      <w:pPr>
        <w:spacing w:after="0" w:line="240" w:lineRule="auto"/>
      </w:pPr>
      <w:r>
        <w:separator/>
      </w:r>
    </w:p>
  </w:endnote>
  <w:endnote w:type="continuationSeparator" w:id="0">
    <w:p w14:paraId="2CC5E9F8" w14:textId="77777777" w:rsidR="002D2131" w:rsidRDefault="002D2131" w:rsidP="00514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AED6A" w14:textId="77777777" w:rsidR="002D2131" w:rsidRDefault="002D2131" w:rsidP="00514A82">
      <w:pPr>
        <w:spacing w:after="0" w:line="240" w:lineRule="auto"/>
      </w:pPr>
      <w:r>
        <w:separator/>
      </w:r>
    </w:p>
  </w:footnote>
  <w:footnote w:type="continuationSeparator" w:id="0">
    <w:p w14:paraId="1F03A3D9" w14:textId="77777777" w:rsidR="002D2131" w:rsidRDefault="002D2131" w:rsidP="00514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5816326">
    <w:abstractNumId w:val="8"/>
  </w:num>
  <w:num w:numId="2" w16cid:durableId="605430961">
    <w:abstractNumId w:val="6"/>
  </w:num>
  <w:num w:numId="3" w16cid:durableId="1573663345">
    <w:abstractNumId w:val="5"/>
  </w:num>
  <w:num w:numId="4" w16cid:durableId="151219514">
    <w:abstractNumId w:val="4"/>
  </w:num>
  <w:num w:numId="5" w16cid:durableId="72169121">
    <w:abstractNumId w:val="7"/>
  </w:num>
  <w:num w:numId="6" w16cid:durableId="806045148">
    <w:abstractNumId w:val="3"/>
  </w:num>
  <w:num w:numId="7" w16cid:durableId="1189681102">
    <w:abstractNumId w:val="2"/>
  </w:num>
  <w:num w:numId="8" w16cid:durableId="867183260">
    <w:abstractNumId w:val="1"/>
  </w:num>
  <w:num w:numId="9" w16cid:durableId="202520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A0"/>
    <w:rsid w:val="00023415"/>
    <w:rsid w:val="000248ED"/>
    <w:rsid w:val="00034616"/>
    <w:rsid w:val="0006063C"/>
    <w:rsid w:val="0007255F"/>
    <w:rsid w:val="00081B75"/>
    <w:rsid w:val="00082211"/>
    <w:rsid w:val="000B22D2"/>
    <w:rsid w:val="000B4762"/>
    <w:rsid w:val="000F1CC3"/>
    <w:rsid w:val="00111CEA"/>
    <w:rsid w:val="0014337F"/>
    <w:rsid w:val="0015074B"/>
    <w:rsid w:val="001554DD"/>
    <w:rsid w:val="001603FB"/>
    <w:rsid w:val="00165925"/>
    <w:rsid w:val="001704A7"/>
    <w:rsid w:val="00180565"/>
    <w:rsid w:val="00185C67"/>
    <w:rsid w:val="00185E30"/>
    <w:rsid w:val="001A0EA0"/>
    <w:rsid w:val="001A260E"/>
    <w:rsid w:val="001A47A6"/>
    <w:rsid w:val="001B540B"/>
    <w:rsid w:val="001C19EB"/>
    <w:rsid w:val="001C5FEF"/>
    <w:rsid w:val="00225C95"/>
    <w:rsid w:val="002501D0"/>
    <w:rsid w:val="002624AC"/>
    <w:rsid w:val="002638AA"/>
    <w:rsid w:val="0028640B"/>
    <w:rsid w:val="00295E18"/>
    <w:rsid w:val="0029639D"/>
    <w:rsid w:val="002A5FB0"/>
    <w:rsid w:val="002B495F"/>
    <w:rsid w:val="002D2131"/>
    <w:rsid w:val="00323873"/>
    <w:rsid w:val="00325346"/>
    <w:rsid w:val="0032632D"/>
    <w:rsid w:val="00326F90"/>
    <w:rsid w:val="00350156"/>
    <w:rsid w:val="00364151"/>
    <w:rsid w:val="00376475"/>
    <w:rsid w:val="003840F4"/>
    <w:rsid w:val="003A5E38"/>
    <w:rsid w:val="003C1D90"/>
    <w:rsid w:val="003D44DE"/>
    <w:rsid w:val="004061C4"/>
    <w:rsid w:val="004267DC"/>
    <w:rsid w:val="0043486B"/>
    <w:rsid w:val="00451CED"/>
    <w:rsid w:val="00461191"/>
    <w:rsid w:val="00486FB7"/>
    <w:rsid w:val="004A7B53"/>
    <w:rsid w:val="004B3BC7"/>
    <w:rsid w:val="004E1A18"/>
    <w:rsid w:val="005027E3"/>
    <w:rsid w:val="00504BCC"/>
    <w:rsid w:val="00514A82"/>
    <w:rsid w:val="00523F2A"/>
    <w:rsid w:val="005304B7"/>
    <w:rsid w:val="00566820"/>
    <w:rsid w:val="00581BB9"/>
    <w:rsid w:val="005874C9"/>
    <w:rsid w:val="00596B11"/>
    <w:rsid w:val="00596DB3"/>
    <w:rsid w:val="005A7969"/>
    <w:rsid w:val="005B20F6"/>
    <w:rsid w:val="005D47C4"/>
    <w:rsid w:val="005E0A22"/>
    <w:rsid w:val="005E458C"/>
    <w:rsid w:val="006071BF"/>
    <w:rsid w:val="00617AD3"/>
    <w:rsid w:val="00626FDB"/>
    <w:rsid w:val="0067519B"/>
    <w:rsid w:val="00684723"/>
    <w:rsid w:val="00684BBB"/>
    <w:rsid w:val="006C5000"/>
    <w:rsid w:val="006E5E73"/>
    <w:rsid w:val="00705701"/>
    <w:rsid w:val="00706C05"/>
    <w:rsid w:val="0071249F"/>
    <w:rsid w:val="00713CA2"/>
    <w:rsid w:val="007462FF"/>
    <w:rsid w:val="00762F1A"/>
    <w:rsid w:val="0077611E"/>
    <w:rsid w:val="00776592"/>
    <w:rsid w:val="007C0760"/>
    <w:rsid w:val="007C166C"/>
    <w:rsid w:val="007E7D01"/>
    <w:rsid w:val="007F3650"/>
    <w:rsid w:val="00806AB6"/>
    <w:rsid w:val="008426D1"/>
    <w:rsid w:val="008559EC"/>
    <w:rsid w:val="00870738"/>
    <w:rsid w:val="00881D4D"/>
    <w:rsid w:val="008C1032"/>
    <w:rsid w:val="008C2099"/>
    <w:rsid w:val="008E1ABB"/>
    <w:rsid w:val="008F4304"/>
    <w:rsid w:val="0093502F"/>
    <w:rsid w:val="0094054E"/>
    <w:rsid w:val="00947600"/>
    <w:rsid w:val="00963AEA"/>
    <w:rsid w:val="00963B24"/>
    <w:rsid w:val="009736F3"/>
    <w:rsid w:val="00993346"/>
    <w:rsid w:val="00996BA9"/>
    <w:rsid w:val="00996F05"/>
    <w:rsid w:val="009A6DAC"/>
    <w:rsid w:val="009B5936"/>
    <w:rsid w:val="009D45D2"/>
    <w:rsid w:val="009D64C3"/>
    <w:rsid w:val="009F1C31"/>
    <w:rsid w:val="009F2705"/>
    <w:rsid w:val="009F5A7D"/>
    <w:rsid w:val="00A12E54"/>
    <w:rsid w:val="00A265D7"/>
    <w:rsid w:val="00A4169A"/>
    <w:rsid w:val="00A432BF"/>
    <w:rsid w:val="00A74B92"/>
    <w:rsid w:val="00A83B6E"/>
    <w:rsid w:val="00A86AD9"/>
    <w:rsid w:val="00A90B62"/>
    <w:rsid w:val="00A93237"/>
    <w:rsid w:val="00A9558E"/>
    <w:rsid w:val="00AA1D8D"/>
    <w:rsid w:val="00AB5933"/>
    <w:rsid w:val="00AC6602"/>
    <w:rsid w:val="00B11787"/>
    <w:rsid w:val="00B16792"/>
    <w:rsid w:val="00B25015"/>
    <w:rsid w:val="00B424C8"/>
    <w:rsid w:val="00B47730"/>
    <w:rsid w:val="00B631D6"/>
    <w:rsid w:val="00B90C85"/>
    <w:rsid w:val="00B959ED"/>
    <w:rsid w:val="00B9672F"/>
    <w:rsid w:val="00B9751E"/>
    <w:rsid w:val="00BB1623"/>
    <w:rsid w:val="00BD1B5E"/>
    <w:rsid w:val="00C02DCC"/>
    <w:rsid w:val="00C17705"/>
    <w:rsid w:val="00C3082E"/>
    <w:rsid w:val="00C35F18"/>
    <w:rsid w:val="00C36C4C"/>
    <w:rsid w:val="00CB0664"/>
    <w:rsid w:val="00CF2218"/>
    <w:rsid w:val="00D225D1"/>
    <w:rsid w:val="00D27DD9"/>
    <w:rsid w:val="00D91DC8"/>
    <w:rsid w:val="00DD2A34"/>
    <w:rsid w:val="00DD58C2"/>
    <w:rsid w:val="00DF4E8B"/>
    <w:rsid w:val="00E41ED7"/>
    <w:rsid w:val="00E55504"/>
    <w:rsid w:val="00E74F5B"/>
    <w:rsid w:val="00E75FC4"/>
    <w:rsid w:val="00E83831"/>
    <w:rsid w:val="00E91537"/>
    <w:rsid w:val="00EA5AA8"/>
    <w:rsid w:val="00ED3297"/>
    <w:rsid w:val="00EF0CA0"/>
    <w:rsid w:val="00F205E3"/>
    <w:rsid w:val="00F22B6E"/>
    <w:rsid w:val="00F23375"/>
    <w:rsid w:val="00F429BE"/>
    <w:rsid w:val="00F534CF"/>
    <w:rsid w:val="00F606E0"/>
    <w:rsid w:val="00F6311E"/>
    <w:rsid w:val="00FB137D"/>
    <w:rsid w:val="00FC693F"/>
    <w:rsid w:val="00FD1D2A"/>
    <w:rsid w:val="00FD390F"/>
    <w:rsid w:val="00FF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901864"/>
  <w14:defaultImageDpi w14:val="300"/>
  <w15:docId w15:val="{4D65ED64-622E-47F5-9CAD-ACF9679DF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hAnsi="Yu Gothic"/>
      <w:color w:val="333333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天明　さおり</cp:lastModifiedBy>
  <cp:revision>8</cp:revision>
  <cp:lastPrinted>2026-09-28T05:45:00Z</cp:lastPrinted>
  <dcterms:created xsi:type="dcterms:W3CDTF">2013-12-23T23:15:00Z</dcterms:created>
  <dcterms:modified xsi:type="dcterms:W3CDTF">2026-09-28T06:24:00Z</dcterms:modified>
  <cp:category/>
</cp:coreProperties>
</file>